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A46DB3" w14:textId="77777777" w:rsidR="00537786" w:rsidRPr="008450D3" w:rsidRDefault="00537786" w:rsidP="00537786">
      <w:pPr>
        <w:spacing w:after="0"/>
        <w:jc w:val="both"/>
        <w:rPr>
          <w:sz w:val="16"/>
          <w:szCs w:val="16"/>
        </w:rPr>
      </w:pPr>
    </w:p>
    <w:p w14:paraId="490837A0" w14:textId="36DABEA5" w:rsidR="008F0FBE" w:rsidRPr="008450D3" w:rsidRDefault="00537786" w:rsidP="001F60C5">
      <w:pPr>
        <w:pBdr>
          <w:top w:val="single" w:sz="4" w:space="1" w:color="auto"/>
          <w:left w:val="single" w:sz="4" w:space="0" w:color="auto"/>
          <w:bottom w:val="single" w:sz="4" w:space="1" w:color="auto"/>
          <w:right w:val="single" w:sz="4" w:space="4" w:color="auto"/>
          <w:between w:val="single" w:sz="4" w:space="1" w:color="auto"/>
          <w:bar w:val="single" w:sz="4" w:color="auto"/>
        </w:pBdr>
        <w:shd w:val="clear" w:color="auto" w:fill="F2F2F2" w:themeFill="background1" w:themeFillShade="F2"/>
        <w:spacing w:after="0" w:line="240" w:lineRule="auto"/>
        <w:ind w:left="-709" w:right="-801"/>
        <w:jc w:val="both"/>
        <w:rPr>
          <w:b/>
          <w:sz w:val="18"/>
          <w:szCs w:val="18"/>
        </w:rPr>
      </w:pPr>
      <w:r w:rsidRPr="008450D3">
        <w:rPr>
          <w:b/>
          <w:sz w:val="18"/>
          <w:szCs w:val="18"/>
        </w:rPr>
        <w:t>LUGAR Y FECHA DE LA PRESENTACIÓN DEL RECURSO DE REVISIÓN:</w:t>
      </w:r>
    </w:p>
    <w:p w14:paraId="03DFED74" w14:textId="77777777" w:rsidR="00537786" w:rsidRPr="008450D3" w:rsidRDefault="00537786" w:rsidP="001F60C5">
      <w:pPr>
        <w:pBdr>
          <w:top w:val="single" w:sz="4" w:space="1" w:color="auto"/>
          <w:left w:val="single" w:sz="4" w:space="0" w:color="auto"/>
          <w:bottom w:val="single" w:sz="4" w:space="1" w:color="auto"/>
          <w:right w:val="single" w:sz="4" w:space="4" w:color="auto"/>
          <w:between w:val="single" w:sz="4" w:space="1" w:color="auto"/>
          <w:bar w:val="single" w:sz="4" w:color="auto"/>
        </w:pBdr>
        <w:spacing w:after="0" w:line="240" w:lineRule="auto"/>
        <w:ind w:left="-709" w:right="-801"/>
        <w:jc w:val="both"/>
        <w:rPr>
          <w:b/>
        </w:rPr>
      </w:pPr>
    </w:p>
    <w:p w14:paraId="1E6A82E3" w14:textId="0C822E8D" w:rsidR="00537786" w:rsidRPr="008450D3" w:rsidRDefault="00537786" w:rsidP="001F60C5">
      <w:pPr>
        <w:pBdr>
          <w:top w:val="single" w:sz="4" w:space="1" w:color="auto"/>
          <w:left w:val="single" w:sz="4" w:space="0" w:color="auto"/>
          <w:bottom w:val="single" w:sz="4" w:space="1" w:color="auto"/>
          <w:right w:val="single" w:sz="4" w:space="4" w:color="auto"/>
          <w:between w:val="single" w:sz="4" w:space="1" w:color="auto"/>
          <w:bar w:val="single" w:sz="4" w:color="auto"/>
        </w:pBdr>
        <w:spacing w:after="0" w:line="240" w:lineRule="auto"/>
        <w:ind w:left="-709" w:right="-801"/>
        <w:jc w:val="both"/>
        <w:rPr>
          <w:b/>
          <w:sz w:val="16"/>
          <w:szCs w:val="16"/>
        </w:rPr>
      </w:pPr>
      <w:r w:rsidRPr="008450D3">
        <w:rPr>
          <w:sz w:val="16"/>
          <w:szCs w:val="16"/>
        </w:rPr>
        <w:t xml:space="preserve">De conformidad con las disposiciones aplicables de la Ley de Protección de Datos Personales en Posesión de Sujetos Obligados del Estado de Quintana Roo, la </w:t>
      </w:r>
      <w:r w:rsidR="008450D3">
        <w:rPr>
          <w:sz w:val="16"/>
          <w:szCs w:val="16"/>
        </w:rPr>
        <w:t>A</w:t>
      </w:r>
      <w:r w:rsidRPr="008450D3">
        <w:rPr>
          <w:sz w:val="16"/>
          <w:szCs w:val="16"/>
        </w:rPr>
        <w:t xml:space="preserve">utoridad </w:t>
      </w:r>
      <w:r w:rsidR="008450D3">
        <w:rPr>
          <w:sz w:val="16"/>
          <w:szCs w:val="16"/>
        </w:rPr>
        <w:t>G</w:t>
      </w:r>
      <w:r w:rsidRPr="008450D3">
        <w:rPr>
          <w:sz w:val="16"/>
          <w:szCs w:val="16"/>
        </w:rPr>
        <w:t xml:space="preserve">arante </w:t>
      </w:r>
      <w:r w:rsidR="008450D3">
        <w:rPr>
          <w:sz w:val="16"/>
          <w:szCs w:val="16"/>
        </w:rPr>
        <w:t xml:space="preserve">Estatal </w:t>
      </w:r>
      <w:r w:rsidRPr="008450D3">
        <w:rPr>
          <w:sz w:val="16"/>
          <w:szCs w:val="16"/>
        </w:rPr>
        <w:t>competente tiene atribuciones para conocer, sustanciar y resolver los recursos de revisión que interpongan las personas titulares de los datos personales.</w:t>
      </w:r>
    </w:p>
    <w:p w14:paraId="5C5008EE" w14:textId="77777777" w:rsidR="008F0FBE" w:rsidRPr="008450D3" w:rsidRDefault="008F0FBE" w:rsidP="00D40ED4">
      <w:pPr>
        <w:spacing w:after="0" w:line="240" w:lineRule="auto"/>
        <w:ind w:right="-801"/>
        <w:jc w:val="both"/>
        <w:rPr>
          <w:b/>
          <w:sz w:val="18"/>
          <w:szCs w:val="18"/>
        </w:rPr>
      </w:pPr>
    </w:p>
    <w:p w14:paraId="33C0278E" w14:textId="087BB977" w:rsidR="004859E1" w:rsidRDefault="004D54B3" w:rsidP="008F0FBE">
      <w:pPr>
        <w:spacing w:after="0" w:line="240" w:lineRule="auto"/>
        <w:ind w:left="-709" w:right="-801"/>
        <w:jc w:val="both"/>
        <w:rPr>
          <w:b/>
          <w:sz w:val="18"/>
          <w:szCs w:val="18"/>
        </w:rPr>
      </w:pPr>
      <w:r w:rsidRPr="008450D3">
        <w:rPr>
          <w:b/>
          <w:sz w:val="18"/>
          <w:szCs w:val="18"/>
        </w:rPr>
        <w:t>EL ÁREA RESPONS</w:t>
      </w:r>
      <w:r w:rsidR="008F0FBE" w:rsidRPr="008450D3">
        <w:rPr>
          <w:b/>
          <w:sz w:val="18"/>
          <w:szCs w:val="18"/>
        </w:rPr>
        <w:t>A</w:t>
      </w:r>
      <w:r w:rsidRPr="008450D3">
        <w:rPr>
          <w:b/>
          <w:sz w:val="18"/>
          <w:szCs w:val="18"/>
        </w:rPr>
        <w:t>BLE (SUJETO OBLIGADO) ANTE QUIEN SE PRESENTÓ LA SOLICITUD DE DERECHOS ARCO O DE PORTABILIDAD DE LOS DATOS PERSONALES.</w:t>
      </w:r>
    </w:p>
    <w:p w14:paraId="48B4DA7C" w14:textId="77777777" w:rsidR="0018024D" w:rsidRPr="008450D3" w:rsidRDefault="0018024D" w:rsidP="008F0FBE">
      <w:pPr>
        <w:spacing w:after="0" w:line="240" w:lineRule="auto"/>
        <w:ind w:left="-709" w:right="-801"/>
        <w:jc w:val="both"/>
        <w:rPr>
          <w:b/>
          <w:sz w:val="18"/>
          <w:szCs w:val="18"/>
        </w:rPr>
      </w:pPr>
    </w:p>
    <w:tbl>
      <w:tblPr>
        <w:tblW w:w="10482" w:type="dxa"/>
        <w:jc w:val="center"/>
        <w:tblBorders>
          <w:top w:val="single" w:sz="6" w:space="0" w:color="707070"/>
          <w:left w:val="single" w:sz="6" w:space="0" w:color="707070"/>
          <w:bottom w:val="single" w:sz="6" w:space="0" w:color="707070"/>
          <w:right w:val="single" w:sz="6" w:space="0" w:color="707070"/>
          <w:insideH w:val="single" w:sz="6" w:space="0" w:color="707070"/>
          <w:insideV w:val="single" w:sz="6" w:space="0" w:color="707070"/>
        </w:tblBorders>
        <w:tblLayout w:type="fixed"/>
        <w:tblLook w:val="04A0" w:firstRow="1" w:lastRow="0" w:firstColumn="1" w:lastColumn="0" w:noHBand="0" w:noVBand="1"/>
      </w:tblPr>
      <w:tblGrid>
        <w:gridCol w:w="10482"/>
      </w:tblGrid>
      <w:tr w:rsidR="008F0FBE" w:rsidRPr="008450D3" w14:paraId="1B3E8F5F" w14:textId="77777777" w:rsidTr="00FA3555">
        <w:trPr>
          <w:trHeight w:val="438"/>
          <w:jc w:val="center"/>
        </w:trPr>
        <w:tc>
          <w:tcPr>
            <w:tcW w:w="10482" w:type="dxa"/>
          </w:tcPr>
          <w:p w14:paraId="6DBA32DF" w14:textId="1B52798B" w:rsidR="008F0FBE" w:rsidRPr="008450D3" w:rsidRDefault="008F0FBE">
            <w:pPr>
              <w:spacing w:after="0"/>
              <w:rPr>
                <w:sz w:val="16"/>
                <w:szCs w:val="16"/>
              </w:rPr>
            </w:pPr>
          </w:p>
        </w:tc>
      </w:tr>
    </w:tbl>
    <w:p w14:paraId="560AE1C2" w14:textId="77777777" w:rsidR="00366297" w:rsidRPr="008450D3" w:rsidRDefault="00366297" w:rsidP="008F0FBE">
      <w:pPr>
        <w:spacing w:after="0" w:line="240" w:lineRule="auto"/>
        <w:ind w:left="-709"/>
        <w:jc w:val="both"/>
        <w:rPr>
          <w:b/>
        </w:rPr>
      </w:pPr>
    </w:p>
    <w:p w14:paraId="65BAF196" w14:textId="686717D9" w:rsidR="004859E1" w:rsidRDefault="00563BEA" w:rsidP="00FA3555">
      <w:pPr>
        <w:spacing w:after="0" w:line="240" w:lineRule="auto"/>
        <w:ind w:left="-709" w:right="-850"/>
        <w:jc w:val="both"/>
        <w:rPr>
          <w:b/>
          <w:sz w:val="18"/>
          <w:szCs w:val="18"/>
        </w:rPr>
      </w:pPr>
      <w:r w:rsidRPr="008450D3">
        <w:rPr>
          <w:b/>
          <w:sz w:val="18"/>
          <w:szCs w:val="18"/>
        </w:rPr>
        <w:t xml:space="preserve">NOMBRE DE LA PERSONA </w:t>
      </w:r>
      <w:r w:rsidR="008F0FBE" w:rsidRPr="008450D3">
        <w:rPr>
          <w:b/>
          <w:sz w:val="18"/>
          <w:szCs w:val="18"/>
        </w:rPr>
        <w:t>TITULAR QUE RECURRE O SU REPRESENTANTE Y, EN SU CASO, DEL TERCERO INTERESADO.</w:t>
      </w:r>
    </w:p>
    <w:p w14:paraId="7112DBD7" w14:textId="77777777" w:rsidR="0018024D" w:rsidRPr="008450D3" w:rsidRDefault="0018024D" w:rsidP="008F0FBE">
      <w:pPr>
        <w:spacing w:after="0" w:line="240" w:lineRule="auto"/>
        <w:ind w:left="-709"/>
        <w:jc w:val="both"/>
        <w:rPr>
          <w:sz w:val="18"/>
          <w:szCs w:val="18"/>
        </w:rPr>
      </w:pPr>
    </w:p>
    <w:tbl>
      <w:tblPr>
        <w:tblW w:w="10482" w:type="dxa"/>
        <w:jc w:val="center"/>
        <w:tblBorders>
          <w:top w:val="single" w:sz="6" w:space="0" w:color="707070"/>
          <w:left w:val="single" w:sz="6" w:space="0" w:color="707070"/>
          <w:bottom w:val="single" w:sz="6" w:space="0" w:color="707070"/>
          <w:right w:val="single" w:sz="6" w:space="0" w:color="707070"/>
          <w:insideH w:val="single" w:sz="6" w:space="0" w:color="707070"/>
          <w:insideV w:val="single" w:sz="6" w:space="0" w:color="707070"/>
        </w:tblBorders>
        <w:tblLayout w:type="fixed"/>
        <w:tblLook w:val="04A0" w:firstRow="1" w:lastRow="0" w:firstColumn="1" w:lastColumn="0" w:noHBand="0" w:noVBand="1"/>
      </w:tblPr>
      <w:tblGrid>
        <w:gridCol w:w="10482"/>
      </w:tblGrid>
      <w:tr w:rsidR="004859E1" w:rsidRPr="008450D3" w14:paraId="6CEF53F0" w14:textId="77777777" w:rsidTr="00FA3555">
        <w:trPr>
          <w:jc w:val="center"/>
        </w:trPr>
        <w:tc>
          <w:tcPr>
            <w:tcW w:w="10482" w:type="dxa"/>
          </w:tcPr>
          <w:p w14:paraId="36D0FB59" w14:textId="727C54EE" w:rsidR="00E57CF1" w:rsidRPr="008450D3" w:rsidRDefault="00563BEA">
            <w:pPr>
              <w:spacing w:after="0"/>
              <w:rPr>
                <w:sz w:val="16"/>
                <w:szCs w:val="16"/>
              </w:rPr>
            </w:pPr>
            <w:r w:rsidRPr="008450D3">
              <w:rPr>
                <w:b/>
                <w:bCs/>
                <w:sz w:val="16"/>
                <w:szCs w:val="16"/>
              </w:rPr>
              <w:t>Nombre de la persona recurrente:</w:t>
            </w:r>
            <w:r w:rsidRPr="008450D3">
              <w:rPr>
                <w:sz w:val="16"/>
                <w:szCs w:val="16"/>
              </w:rPr>
              <w:t xml:space="preserve"> </w:t>
            </w:r>
            <w:r w:rsidR="00E57CF1" w:rsidRPr="008450D3">
              <w:rPr>
                <w:sz w:val="16"/>
                <w:szCs w:val="16"/>
              </w:rPr>
              <w:t>_______________________________________________________________________________</w:t>
            </w:r>
          </w:p>
          <w:p w14:paraId="6E37D6DF" w14:textId="0B99FEDB" w:rsidR="00E57CF1" w:rsidRPr="008450D3" w:rsidRDefault="00E57CF1">
            <w:pPr>
              <w:spacing w:after="0"/>
              <w:rPr>
                <w:sz w:val="16"/>
                <w:szCs w:val="16"/>
              </w:rPr>
            </w:pPr>
            <w:r w:rsidRPr="008450D3">
              <w:rPr>
                <w:sz w:val="16"/>
                <w:szCs w:val="16"/>
              </w:rPr>
              <w:t xml:space="preserve">                                                                     Nombre (</w:t>
            </w:r>
            <w:proofErr w:type="gramStart"/>
            <w:r w:rsidRPr="008450D3">
              <w:rPr>
                <w:sz w:val="16"/>
                <w:szCs w:val="16"/>
              </w:rPr>
              <w:t xml:space="preserve">s)   </w:t>
            </w:r>
            <w:proofErr w:type="gramEnd"/>
            <w:r w:rsidRPr="008450D3">
              <w:rPr>
                <w:sz w:val="16"/>
                <w:szCs w:val="16"/>
              </w:rPr>
              <w:t xml:space="preserve">                             Apellido paterno                            Apellido materno</w:t>
            </w:r>
          </w:p>
          <w:p w14:paraId="4FD3018D" w14:textId="17764E73" w:rsidR="008F0FBE" w:rsidRPr="008450D3" w:rsidRDefault="008F0FBE" w:rsidP="00E57CF1">
            <w:pPr>
              <w:spacing w:after="0"/>
              <w:rPr>
                <w:sz w:val="16"/>
                <w:szCs w:val="16"/>
              </w:rPr>
            </w:pPr>
          </w:p>
        </w:tc>
      </w:tr>
      <w:tr w:rsidR="004859E1" w:rsidRPr="008450D3" w14:paraId="6493C186" w14:textId="77777777" w:rsidTr="00FA3555">
        <w:trPr>
          <w:jc w:val="center"/>
        </w:trPr>
        <w:tc>
          <w:tcPr>
            <w:tcW w:w="10482" w:type="dxa"/>
          </w:tcPr>
          <w:p w14:paraId="50A93D59" w14:textId="77777777" w:rsidR="008F0FBE" w:rsidRPr="008450D3" w:rsidRDefault="00563BEA" w:rsidP="00E57CF1">
            <w:pPr>
              <w:spacing w:after="0"/>
              <w:rPr>
                <w:sz w:val="16"/>
                <w:szCs w:val="16"/>
              </w:rPr>
            </w:pPr>
            <w:r w:rsidRPr="008450D3">
              <w:rPr>
                <w:b/>
                <w:bCs/>
                <w:sz w:val="16"/>
                <w:szCs w:val="16"/>
              </w:rPr>
              <w:t xml:space="preserve">Nombre del Representante </w:t>
            </w:r>
            <w:r w:rsidR="00366297" w:rsidRPr="008450D3">
              <w:rPr>
                <w:b/>
                <w:bCs/>
                <w:sz w:val="16"/>
                <w:szCs w:val="16"/>
              </w:rPr>
              <w:t xml:space="preserve">Legal </w:t>
            </w:r>
            <w:r w:rsidRPr="008450D3">
              <w:rPr>
                <w:b/>
                <w:bCs/>
                <w:sz w:val="16"/>
                <w:szCs w:val="16"/>
              </w:rPr>
              <w:t>(en su caso):</w:t>
            </w:r>
            <w:r w:rsidRPr="008450D3">
              <w:rPr>
                <w:sz w:val="16"/>
                <w:szCs w:val="16"/>
              </w:rPr>
              <w:t xml:space="preserve"> </w:t>
            </w:r>
            <w:r w:rsidR="00E57CF1" w:rsidRPr="008450D3">
              <w:rPr>
                <w:sz w:val="16"/>
                <w:szCs w:val="16"/>
              </w:rPr>
              <w:t>_____________________________________________________________________</w:t>
            </w:r>
          </w:p>
          <w:p w14:paraId="2601DA9F" w14:textId="77777777" w:rsidR="00E57CF1" w:rsidRPr="008450D3" w:rsidRDefault="00E57CF1" w:rsidP="00E57CF1">
            <w:pPr>
              <w:spacing w:after="0"/>
              <w:rPr>
                <w:sz w:val="16"/>
                <w:szCs w:val="16"/>
              </w:rPr>
            </w:pPr>
            <w:r w:rsidRPr="008450D3">
              <w:rPr>
                <w:sz w:val="16"/>
                <w:szCs w:val="16"/>
              </w:rPr>
              <w:t xml:space="preserve">                                                                                         Nombre (</w:t>
            </w:r>
            <w:proofErr w:type="gramStart"/>
            <w:r w:rsidRPr="008450D3">
              <w:rPr>
                <w:sz w:val="16"/>
                <w:szCs w:val="16"/>
              </w:rPr>
              <w:t xml:space="preserve">s)   </w:t>
            </w:r>
            <w:proofErr w:type="gramEnd"/>
            <w:r w:rsidRPr="008450D3">
              <w:rPr>
                <w:sz w:val="16"/>
                <w:szCs w:val="16"/>
              </w:rPr>
              <w:t xml:space="preserve">                             Apellido paterno                        Apellido materno</w:t>
            </w:r>
          </w:p>
          <w:p w14:paraId="34741699" w14:textId="5B59DC8B" w:rsidR="00E57CF1" w:rsidRPr="008450D3" w:rsidRDefault="00E57CF1" w:rsidP="00E57CF1">
            <w:pPr>
              <w:spacing w:after="0"/>
              <w:rPr>
                <w:sz w:val="16"/>
                <w:szCs w:val="16"/>
              </w:rPr>
            </w:pPr>
          </w:p>
        </w:tc>
      </w:tr>
      <w:tr w:rsidR="004859E1" w:rsidRPr="008450D3" w14:paraId="67E1C85B" w14:textId="77777777" w:rsidTr="00FA3555">
        <w:trPr>
          <w:jc w:val="center"/>
        </w:trPr>
        <w:tc>
          <w:tcPr>
            <w:tcW w:w="10482" w:type="dxa"/>
          </w:tcPr>
          <w:p w14:paraId="16AE6A3A" w14:textId="77777777" w:rsidR="008F0FBE" w:rsidRPr="008450D3" w:rsidRDefault="008F0FBE" w:rsidP="00E57CF1">
            <w:pPr>
              <w:spacing w:after="0"/>
              <w:rPr>
                <w:sz w:val="16"/>
                <w:szCs w:val="16"/>
              </w:rPr>
            </w:pPr>
            <w:r w:rsidRPr="008450D3">
              <w:rPr>
                <w:b/>
                <w:bCs/>
                <w:sz w:val="16"/>
                <w:szCs w:val="16"/>
              </w:rPr>
              <w:t>Nombre del Tercero interesado:</w:t>
            </w:r>
            <w:r w:rsidRPr="008450D3">
              <w:rPr>
                <w:sz w:val="16"/>
                <w:szCs w:val="16"/>
              </w:rPr>
              <w:t xml:space="preserve"> </w:t>
            </w:r>
            <w:r w:rsidR="00E57CF1" w:rsidRPr="008450D3">
              <w:rPr>
                <w:sz w:val="16"/>
                <w:szCs w:val="16"/>
              </w:rPr>
              <w:t>__________________________________________________________________________________</w:t>
            </w:r>
          </w:p>
          <w:p w14:paraId="38185381" w14:textId="77777777" w:rsidR="00E57CF1" w:rsidRPr="008450D3" w:rsidRDefault="00E57CF1" w:rsidP="00E57CF1">
            <w:pPr>
              <w:spacing w:after="0"/>
              <w:rPr>
                <w:sz w:val="16"/>
                <w:szCs w:val="16"/>
              </w:rPr>
            </w:pPr>
            <w:r w:rsidRPr="008450D3">
              <w:rPr>
                <w:sz w:val="16"/>
                <w:szCs w:val="16"/>
              </w:rPr>
              <w:t xml:space="preserve">                                                                     Nombre (</w:t>
            </w:r>
            <w:proofErr w:type="gramStart"/>
            <w:r w:rsidRPr="008450D3">
              <w:rPr>
                <w:sz w:val="16"/>
                <w:szCs w:val="16"/>
              </w:rPr>
              <w:t xml:space="preserve">s)   </w:t>
            </w:r>
            <w:proofErr w:type="gramEnd"/>
            <w:r w:rsidRPr="008450D3">
              <w:rPr>
                <w:sz w:val="16"/>
                <w:szCs w:val="16"/>
              </w:rPr>
              <w:t xml:space="preserve">                              Apellido paterno                            Apellido materno</w:t>
            </w:r>
          </w:p>
          <w:p w14:paraId="137418A2" w14:textId="07FFEB7F" w:rsidR="00E57CF1" w:rsidRPr="008450D3" w:rsidRDefault="00E57CF1" w:rsidP="00E57CF1">
            <w:pPr>
              <w:spacing w:after="0"/>
              <w:rPr>
                <w:sz w:val="16"/>
                <w:szCs w:val="16"/>
              </w:rPr>
            </w:pPr>
          </w:p>
        </w:tc>
      </w:tr>
      <w:tr w:rsidR="008F0FBE" w:rsidRPr="008450D3" w14:paraId="7007BED3" w14:textId="77777777" w:rsidTr="00FA3555">
        <w:trPr>
          <w:jc w:val="center"/>
        </w:trPr>
        <w:tc>
          <w:tcPr>
            <w:tcW w:w="10482" w:type="dxa"/>
            <w:tcBorders>
              <w:top w:val="single" w:sz="6" w:space="0" w:color="707070"/>
              <w:left w:val="single" w:sz="6" w:space="0" w:color="707070"/>
              <w:bottom w:val="single" w:sz="6" w:space="0" w:color="707070"/>
              <w:right w:val="single" w:sz="6" w:space="0" w:color="707070"/>
            </w:tcBorders>
            <w:shd w:val="clear" w:color="auto" w:fill="F2F2F2" w:themeFill="background1" w:themeFillShade="F2"/>
          </w:tcPr>
          <w:p w14:paraId="2CEF366D" w14:textId="31D83E8A" w:rsidR="008F0FBE" w:rsidRPr="008450D3" w:rsidRDefault="008F0FBE" w:rsidP="002D52A4">
            <w:pPr>
              <w:spacing w:after="0"/>
              <w:rPr>
                <w:b/>
                <w:bCs/>
                <w:sz w:val="16"/>
                <w:szCs w:val="16"/>
              </w:rPr>
            </w:pPr>
            <w:r w:rsidRPr="008450D3">
              <w:rPr>
                <w:b/>
                <w:sz w:val="16"/>
                <w:szCs w:val="16"/>
              </w:rPr>
              <w:t>En su caso, indique si los datos son de una persona:</w:t>
            </w:r>
          </w:p>
        </w:tc>
      </w:tr>
      <w:tr w:rsidR="00366297" w:rsidRPr="008450D3" w14:paraId="40D6FC59" w14:textId="77777777" w:rsidTr="00FA3555">
        <w:trPr>
          <w:jc w:val="center"/>
        </w:trPr>
        <w:tc>
          <w:tcPr>
            <w:tcW w:w="10482" w:type="dxa"/>
            <w:tcBorders>
              <w:top w:val="single" w:sz="6" w:space="0" w:color="707070"/>
              <w:left w:val="single" w:sz="6" w:space="0" w:color="707070"/>
              <w:bottom w:val="single" w:sz="6" w:space="0" w:color="707070"/>
              <w:right w:val="single" w:sz="6" w:space="0" w:color="707070"/>
            </w:tcBorders>
          </w:tcPr>
          <w:p w14:paraId="433AC651" w14:textId="096B87D7" w:rsidR="00366297" w:rsidRPr="008450D3" w:rsidRDefault="00366297" w:rsidP="00C56CFE">
            <w:pPr>
              <w:spacing w:after="0"/>
              <w:rPr>
                <w:b/>
                <w:sz w:val="16"/>
                <w:szCs w:val="16"/>
              </w:rPr>
            </w:pPr>
            <w:proofErr w:type="gramStart"/>
            <w:r w:rsidRPr="008B14FA">
              <w:rPr>
                <w:sz w:val="16"/>
                <w:szCs w:val="16"/>
              </w:rPr>
              <w:t>[  ]</w:t>
            </w:r>
            <w:proofErr w:type="gramEnd"/>
            <w:r w:rsidRPr="008B14FA">
              <w:rPr>
                <w:sz w:val="16"/>
                <w:szCs w:val="16"/>
              </w:rPr>
              <w:t xml:space="preserve"> Niñas, Niños o Adolescentes (Personas menores de 18 años)</w:t>
            </w:r>
            <w:r w:rsidR="00EE2871" w:rsidRPr="008B14FA">
              <w:rPr>
                <w:sz w:val="16"/>
                <w:szCs w:val="16"/>
              </w:rPr>
              <w:t>.</w:t>
            </w:r>
            <w:r w:rsidRPr="008B14FA">
              <w:rPr>
                <w:sz w:val="16"/>
                <w:szCs w:val="16"/>
              </w:rPr>
              <w:br/>
            </w:r>
            <w:proofErr w:type="gramStart"/>
            <w:r w:rsidRPr="008B14FA">
              <w:rPr>
                <w:sz w:val="16"/>
                <w:szCs w:val="16"/>
              </w:rPr>
              <w:t>[  ]</w:t>
            </w:r>
            <w:proofErr w:type="gramEnd"/>
            <w:r w:rsidRPr="008B14FA">
              <w:rPr>
                <w:sz w:val="16"/>
                <w:szCs w:val="16"/>
              </w:rPr>
              <w:t xml:space="preserve"> </w:t>
            </w:r>
            <w:r w:rsidR="00C56CFE" w:rsidRPr="008B14FA">
              <w:rPr>
                <w:sz w:val="16"/>
                <w:szCs w:val="16"/>
              </w:rPr>
              <w:t>Persona con discapacidad que requiera apoyos para el ejercicio de su capacidad jurídica</w:t>
            </w:r>
            <w:r w:rsidR="00B647CA" w:rsidRPr="008B14FA">
              <w:rPr>
                <w:sz w:val="16"/>
                <w:szCs w:val="16"/>
              </w:rPr>
              <w:t>.</w:t>
            </w:r>
            <w:r w:rsidRPr="008B14FA">
              <w:rPr>
                <w:sz w:val="16"/>
                <w:szCs w:val="16"/>
              </w:rPr>
              <w:br/>
            </w:r>
            <w:proofErr w:type="gramStart"/>
            <w:r w:rsidRPr="008B14FA">
              <w:rPr>
                <w:sz w:val="16"/>
                <w:szCs w:val="16"/>
              </w:rPr>
              <w:t>[  ]</w:t>
            </w:r>
            <w:proofErr w:type="gramEnd"/>
            <w:r w:rsidRPr="008B14FA">
              <w:rPr>
                <w:sz w:val="16"/>
                <w:szCs w:val="16"/>
              </w:rPr>
              <w:t xml:space="preserve"> Persona </w:t>
            </w:r>
            <w:r w:rsidR="0018024D" w:rsidRPr="008B14FA">
              <w:rPr>
                <w:sz w:val="16"/>
                <w:szCs w:val="16"/>
              </w:rPr>
              <w:t>f</w:t>
            </w:r>
            <w:r w:rsidRPr="008B14FA">
              <w:rPr>
                <w:sz w:val="16"/>
                <w:szCs w:val="16"/>
              </w:rPr>
              <w:t>allecida</w:t>
            </w:r>
            <w:r w:rsidR="00EE2871" w:rsidRPr="008B14FA">
              <w:rPr>
                <w:sz w:val="16"/>
                <w:szCs w:val="16"/>
              </w:rPr>
              <w:t>.</w:t>
            </w:r>
            <w:r w:rsidRPr="008B14FA">
              <w:br/>
            </w:r>
            <w:r w:rsidRPr="008B14FA">
              <w:rPr>
                <w:i/>
                <w:sz w:val="14"/>
                <w:szCs w:val="14"/>
              </w:rPr>
              <w:t>*Si seleccionó algunas de las opciones anteriores, véase "</w:t>
            </w:r>
            <w:r w:rsidR="00C56CFE" w:rsidRPr="008B14FA">
              <w:rPr>
                <w:i/>
                <w:sz w:val="14"/>
                <w:szCs w:val="14"/>
              </w:rPr>
              <w:t xml:space="preserve"> INFORMACIÓN GENERAL DE CARÁCTER ORIENTADOR </w:t>
            </w:r>
            <w:r w:rsidRPr="008B14FA">
              <w:rPr>
                <w:i/>
                <w:sz w:val="14"/>
                <w:szCs w:val="14"/>
              </w:rPr>
              <w:t>", para los requisitos aplicables a cada caso.</w:t>
            </w:r>
          </w:p>
        </w:tc>
      </w:tr>
    </w:tbl>
    <w:p w14:paraId="0A292B19" w14:textId="77777777" w:rsidR="00366297" w:rsidRPr="008450D3" w:rsidRDefault="00366297" w:rsidP="008F0FBE">
      <w:pPr>
        <w:spacing w:after="0" w:line="240" w:lineRule="auto"/>
        <w:ind w:left="-709" w:right="-801"/>
        <w:jc w:val="both"/>
        <w:rPr>
          <w:b/>
        </w:rPr>
      </w:pPr>
    </w:p>
    <w:p w14:paraId="65C772DA" w14:textId="47FE8460" w:rsidR="004859E1" w:rsidRDefault="00366297" w:rsidP="008F0FBE">
      <w:pPr>
        <w:spacing w:after="0" w:line="240" w:lineRule="auto"/>
        <w:ind w:left="-709" w:right="-801"/>
        <w:jc w:val="both"/>
        <w:rPr>
          <w:b/>
          <w:sz w:val="18"/>
          <w:szCs w:val="18"/>
        </w:rPr>
      </w:pPr>
      <w:r w:rsidRPr="008450D3">
        <w:rPr>
          <w:b/>
          <w:sz w:val="18"/>
          <w:szCs w:val="18"/>
        </w:rPr>
        <w:t>DOMICILIO O MEDIO Y PERSONA AUTORIZADA POR LA PERSONA RECURRENTE PARA OÍR Y RECIBIR NOTIFICACIONES. (En la ciudad de Chetumal, Quintana Roo)</w:t>
      </w:r>
    </w:p>
    <w:p w14:paraId="25533568" w14:textId="77777777" w:rsidR="0018024D" w:rsidRPr="008450D3" w:rsidRDefault="0018024D" w:rsidP="008F0FBE">
      <w:pPr>
        <w:spacing w:after="0" w:line="240" w:lineRule="auto"/>
        <w:ind w:left="-709" w:right="-801"/>
        <w:jc w:val="both"/>
        <w:rPr>
          <w:sz w:val="18"/>
          <w:szCs w:val="18"/>
        </w:rPr>
      </w:pPr>
    </w:p>
    <w:tbl>
      <w:tblPr>
        <w:tblW w:w="0" w:type="auto"/>
        <w:jc w:val="center"/>
        <w:tblBorders>
          <w:top w:val="single" w:sz="6" w:space="0" w:color="707070"/>
          <w:left w:val="single" w:sz="6" w:space="0" w:color="707070"/>
          <w:bottom w:val="single" w:sz="6" w:space="0" w:color="707070"/>
          <w:right w:val="single" w:sz="6" w:space="0" w:color="707070"/>
          <w:insideH w:val="single" w:sz="6" w:space="0" w:color="707070"/>
          <w:insideV w:val="single" w:sz="6" w:space="0" w:color="707070"/>
        </w:tblBorders>
        <w:tblLayout w:type="fixed"/>
        <w:tblLook w:val="04A0" w:firstRow="1" w:lastRow="0" w:firstColumn="1" w:lastColumn="0" w:noHBand="0" w:noVBand="1"/>
      </w:tblPr>
      <w:tblGrid>
        <w:gridCol w:w="10368"/>
      </w:tblGrid>
      <w:tr w:rsidR="004859E1" w:rsidRPr="008450D3" w14:paraId="76CC9343" w14:textId="77777777">
        <w:trPr>
          <w:jc w:val="center"/>
        </w:trPr>
        <w:tc>
          <w:tcPr>
            <w:tcW w:w="10368" w:type="dxa"/>
          </w:tcPr>
          <w:p w14:paraId="4296BF1F" w14:textId="77777777" w:rsidR="004859E1" w:rsidRPr="008450D3" w:rsidRDefault="00563BEA">
            <w:pPr>
              <w:spacing w:after="0"/>
              <w:rPr>
                <w:sz w:val="16"/>
                <w:szCs w:val="16"/>
              </w:rPr>
            </w:pPr>
            <w:r w:rsidRPr="008450D3">
              <w:rPr>
                <w:sz w:val="16"/>
                <w:szCs w:val="16"/>
              </w:rPr>
              <w:t>Domicilio: ____________________    Calle ____________________    Número ______    Colonia o Fraccionamiento ____________________</w:t>
            </w:r>
          </w:p>
          <w:p w14:paraId="2F8E07C3" w14:textId="77777777" w:rsidR="00E57CF1" w:rsidRPr="008450D3" w:rsidRDefault="00E57CF1">
            <w:pPr>
              <w:spacing w:after="0"/>
              <w:rPr>
                <w:sz w:val="16"/>
                <w:szCs w:val="16"/>
              </w:rPr>
            </w:pPr>
          </w:p>
        </w:tc>
      </w:tr>
      <w:tr w:rsidR="004859E1" w:rsidRPr="008450D3" w14:paraId="577C51C3" w14:textId="77777777">
        <w:trPr>
          <w:jc w:val="center"/>
        </w:trPr>
        <w:tc>
          <w:tcPr>
            <w:tcW w:w="10368" w:type="dxa"/>
          </w:tcPr>
          <w:p w14:paraId="1BCD6654" w14:textId="77777777" w:rsidR="004859E1" w:rsidRPr="008450D3" w:rsidRDefault="00563BEA">
            <w:pPr>
              <w:spacing w:after="0"/>
              <w:rPr>
                <w:sz w:val="16"/>
                <w:szCs w:val="16"/>
              </w:rPr>
            </w:pPr>
            <w:r w:rsidRPr="008450D3">
              <w:rPr>
                <w:sz w:val="16"/>
                <w:szCs w:val="16"/>
              </w:rPr>
              <w:t>Ciudad ____________________    Municipio ____________________    Entidad ____________________    Código Postal __________</w:t>
            </w:r>
          </w:p>
          <w:p w14:paraId="213A5FDC" w14:textId="77777777" w:rsidR="00E57CF1" w:rsidRPr="008450D3" w:rsidRDefault="00E57CF1">
            <w:pPr>
              <w:spacing w:after="0"/>
              <w:rPr>
                <w:sz w:val="16"/>
                <w:szCs w:val="16"/>
              </w:rPr>
            </w:pPr>
          </w:p>
        </w:tc>
      </w:tr>
      <w:tr w:rsidR="004859E1" w:rsidRPr="008450D3" w14:paraId="2283855B" w14:textId="77777777">
        <w:trPr>
          <w:jc w:val="center"/>
        </w:trPr>
        <w:tc>
          <w:tcPr>
            <w:tcW w:w="10368" w:type="dxa"/>
          </w:tcPr>
          <w:p w14:paraId="0AB25B4C" w14:textId="2CFEB1F6" w:rsidR="004859E1" w:rsidRPr="008450D3" w:rsidRDefault="00366297">
            <w:pPr>
              <w:spacing w:after="0"/>
              <w:rPr>
                <w:b/>
                <w:bCs/>
                <w:sz w:val="16"/>
                <w:szCs w:val="16"/>
              </w:rPr>
            </w:pPr>
            <w:r w:rsidRPr="008450D3">
              <w:rPr>
                <w:b/>
                <w:bCs/>
                <w:sz w:val="16"/>
                <w:szCs w:val="16"/>
              </w:rPr>
              <w:t>Medios:</w:t>
            </w:r>
          </w:p>
          <w:p w14:paraId="4A4694DB" w14:textId="32440BAB" w:rsidR="00366297" w:rsidRPr="008450D3" w:rsidRDefault="00366297">
            <w:pPr>
              <w:spacing w:after="0"/>
              <w:rPr>
                <w:sz w:val="16"/>
                <w:szCs w:val="16"/>
              </w:rPr>
            </w:pPr>
            <w:proofErr w:type="gramStart"/>
            <w:r w:rsidRPr="008450D3">
              <w:rPr>
                <w:sz w:val="16"/>
                <w:szCs w:val="16"/>
              </w:rPr>
              <w:t>[  ]</w:t>
            </w:r>
            <w:proofErr w:type="gramEnd"/>
            <w:r w:rsidRPr="008450D3">
              <w:rPr>
                <w:sz w:val="16"/>
                <w:szCs w:val="16"/>
              </w:rPr>
              <w:t xml:space="preserve"> Correo </w:t>
            </w:r>
            <w:proofErr w:type="gramStart"/>
            <w:r w:rsidRPr="008450D3">
              <w:rPr>
                <w:sz w:val="16"/>
                <w:szCs w:val="16"/>
              </w:rPr>
              <w:t>electrónico:_</w:t>
            </w:r>
            <w:proofErr w:type="gramEnd"/>
            <w:r w:rsidRPr="008450D3">
              <w:rPr>
                <w:sz w:val="16"/>
                <w:szCs w:val="16"/>
              </w:rPr>
              <w:t>_______________________</w:t>
            </w:r>
            <w:r w:rsidRPr="008450D3">
              <w:rPr>
                <w:sz w:val="16"/>
                <w:szCs w:val="16"/>
              </w:rPr>
              <w:br/>
            </w:r>
            <w:proofErr w:type="gramStart"/>
            <w:r w:rsidRPr="008450D3">
              <w:rPr>
                <w:sz w:val="16"/>
                <w:szCs w:val="16"/>
              </w:rPr>
              <w:t>[  ]</w:t>
            </w:r>
            <w:proofErr w:type="gramEnd"/>
            <w:r w:rsidRPr="008450D3">
              <w:rPr>
                <w:sz w:val="16"/>
                <w:szCs w:val="16"/>
              </w:rPr>
              <w:t xml:space="preserve"> Estrados de</w:t>
            </w:r>
            <w:r w:rsidR="00023A24">
              <w:rPr>
                <w:sz w:val="16"/>
                <w:szCs w:val="16"/>
              </w:rPr>
              <w:t xml:space="preserve"> </w:t>
            </w:r>
            <w:r w:rsidRPr="008450D3">
              <w:rPr>
                <w:sz w:val="16"/>
                <w:szCs w:val="16"/>
              </w:rPr>
              <w:t>l</w:t>
            </w:r>
            <w:r w:rsidR="00023A24">
              <w:rPr>
                <w:sz w:val="16"/>
                <w:szCs w:val="16"/>
              </w:rPr>
              <w:t>a</w:t>
            </w:r>
            <w:r w:rsidRPr="008450D3">
              <w:rPr>
                <w:sz w:val="16"/>
                <w:szCs w:val="16"/>
              </w:rPr>
              <w:t xml:space="preserve"> </w:t>
            </w:r>
            <w:r w:rsidR="00023A24">
              <w:rPr>
                <w:sz w:val="16"/>
                <w:szCs w:val="16"/>
              </w:rPr>
              <w:t xml:space="preserve">Coordinación General de Comunicación de </w:t>
            </w:r>
            <w:r w:rsidR="001B3406">
              <w:rPr>
                <w:sz w:val="16"/>
                <w:szCs w:val="16"/>
              </w:rPr>
              <w:t>Gobierno del Estado de Quintana Roo.</w:t>
            </w:r>
            <w:r w:rsidRPr="008450D3">
              <w:rPr>
                <w:sz w:val="16"/>
                <w:szCs w:val="16"/>
              </w:rPr>
              <w:br/>
            </w:r>
            <w:proofErr w:type="gramStart"/>
            <w:r w:rsidRPr="008450D3">
              <w:rPr>
                <w:sz w:val="16"/>
                <w:szCs w:val="16"/>
              </w:rPr>
              <w:t>[  ]</w:t>
            </w:r>
            <w:proofErr w:type="gramEnd"/>
            <w:r w:rsidRPr="008450D3">
              <w:rPr>
                <w:sz w:val="16"/>
                <w:szCs w:val="16"/>
              </w:rPr>
              <w:t xml:space="preserve"> Plataforma Nacional de Transparencia.</w:t>
            </w:r>
          </w:p>
          <w:p w14:paraId="575993AF" w14:textId="158D8B91" w:rsidR="00E57CF1" w:rsidRPr="008450D3" w:rsidRDefault="00E57CF1">
            <w:pPr>
              <w:spacing w:after="0"/>
              <w:rPr>
                <w:sz w:val="16"/>
                <w:szCs w:val="16"/>
              </w:rPr>
            </w:pPr>
          </w:p>
        </w:tc>
      </w:tr>
      <w:tr w:rsidR="004859E1" w:rsidRPr="008450D3" w14:paraId="4BAE5023" w14:textId="77777777">
        <w:trPr>
          <w:jc w:val="center"/>
        </w:trPr>
        <w:tc>
          <w:tcPr>
            <w:tcW w:w="10368" w:type="dxa"/>
          </w:tcPr>
          <w:p w14:paraId="2A9FB34D" w14:textId="71338BB4" w:rsidR="004859E1" w:rsidRPr="008450D3" w:rsidRDefault="00563BEA" w:rsidP="00165C7E">
            <w:pPr>
              <w:spacing w:after="0"/>
              <w:jc w:val="both"/>
              <w:rPr>
                <w:sz w:val="14"/>
                <w:szCs w:val="14"/>
              </w:rPr>
            </w:pPr>
            <w:r w:rsidRPr="008450D3">
              <w:rPr>
                <w:b/>
                <w:bCs/>
                <w:sz w:val="14"/>
                <w:szCs w:val="14"/>
              </w:rPr>
              <w:t>NOTA IMPORTANTE:</w:t>
            </w:r>
            <w:r w:rsidRPr="008450D3">
              <w:rPr>
                <w:sz w:val="14"/>
                <w:szCs w:val="14"/>
              </w:rPr>
              <w:t xml:space="preserve"> En caso de no señalar algún domicilio, o el señalado no se ubique en la ciudad de Chetumal, ni señale correo electrónico, las notificaciones se realizarán por estrados, los cuales se encuentran en las instalaciones de</w:t>
            </w:r>
            <w:r w:rsidR="00165C7E" w:rsidRPr="008450D3">
              <w:rPr>
                <w:sz w:val="14"/>
                <w:szCs w:val="14"/>
              </w:rPr>
              <w:t xml:space="preserve"> la </w:t>
            </w:r>
            <w:r w:rsidR="00165C7E" w:rsidRPr="001B3406">
              <w:rPr>
                <w:sz w:val="14"/>
                <w:szCs w:val="14"/>
              </w:rPr>
              <w:t>Autoridad Garante Estatal.</w:t>
            </w:r>
          </w:p>
        </w:tc>
      </w:tr>
      <w:tr w:rsidR="004859E1" w:rsidRPr="008450D3" w14:paraId="6DE6B91C" w14:textId="77777777">
        <w:trPr>
          <w:jc w:val="center"/>
        </w:trPr>
        <w:tc>
          <w:tcPr>
            <w:tcW w:w="10368" w:type="dxa"/>
          </w:tcPr>
          <w:p w14:paraId="18F7826C" w14:textId="0F1831B3" w:rsidR="004859E1" w:rsidRPr="008450D3" w:rsidRDefault="00563BEA">
            <w:pPr>
              <w:spacing w:after="0"/>
              <w:rPr>
                <w:sz w:val="16"/>
                <w:szCs w:val="16"/>
              </w:rPr>
            </w:pPr>
            <w:r w:rsidRPr="008450D3">
              <w:rPr>
                <w:sz w:val="16"/>
                <w:szCs w:val="16"/>
              </w:rPr>
              <w:t>Personas que se autorizan para oír y recibir notificaciones*: ________________________________________________</w:t>
            </w:r>
            <w:r w:rsidR="00E57CF1" w:rsidRPr="008450D3">
              <w:rPr>
                <w:sz w:val="16"/>
                <w:szCs w:val="16"/>
              </w:rPr>
              <w:t>________________</w:t>
            </w:r>
          </w:p>
          <w:p w14:paraId="1F14C4CD" w14:textId="09840E5A" w:rsidR="00E57CF1" w:rsidRPr="008450D3" w:rsidRDefault="00E57CF1" w:rsidP="00E57CF1">
            <w:pPr>
              <w:spacing w:after="0"/>
              <w:rPr>
                <w:sz w:val="16"/>
                <w:szCs w:val="16"/>
              </w:rPr>
            </w:pPr>
            <w:r w:rsidRPr="008450D3">
              <w:rPr>
                <w:sz w:val="16"/>
                <w:szCs w:val="16"/>
              </w:rPr>
              <w:t xml:space="preserve">                                                                                                        Nombre (</w:t>
            </w:r>
            <w:proofErr w:type="gramStart"/>
            <w:r w:rsidRPr="008450D3">
              <w:rPr>
                <w:sz w:val="16"/>
                <w:szCs w:val="16"/>
              </w:rPr>
              <w:t xml:space="preserve">s)   </w:t>
            </w:r>
            <w:proofErr w:type="gramEnd"/>
            <w:r w:rsidRPr="008450D3">
              <w:rPr>
                <w:sz w:val="16"/>
                <w:szCs w:val="16"/>
              </w:rPr>
              <w:t xml:space="preserve">                       Apellido paterno               Apellido materno</w:t>
            </w:r>
          </w:p>
          <w:p w14:paraId="79452D45" w14:textId="77777777" w:rsidR="00E57CF1" w:rsidRPr="008450D3" w:rsidRDefault="00E57CF1">
            <w:pPr>
              <w:spacing w:after="0"/>
              <w:rPr>
                <w:sz w:val="16"/>
                <w:szCs w:val="16"/>
              </w:rPr>
            </w:pPr>
          </w:p>
        </w:tc>
      </w:tr>
    </w:tbl>
    <w:p w14:paraId="69E7D4BE" w14:textId="77777777" w:rsidR="005372F3" w:rsidRPr="008450D3" w:rsidRDefault="005372F3" w:rsidP="005372F3">
      <w:pPr>
        <w:spacing w:after="0" w:line="240" w:lineRule="auto"/>
        <w:ind w:left="-709"/>
        <w:rPr>
          <w:b/>
        </w:rPr>
      </w:pPr>
    </w:p>
    <w:p w14:paraId="0A622436" w14:textId="2D1177DE" w:rsidR="004859E1" w:rsidRDefault="005372F3" w:rsidP="005372F3">
      <w:pPr>
        <w:spacing w:after="0" w:line="240" w:lineRule="auto"/>
        <w:ind w:left="-709" w:right="-801"/>
        <w:jc w:val="both"/>
        <w:rPr>
          <w:b/>
          <w:sz w:val="18"/>
          <w:szCs w:val="18"/>
        </w:rPr>
      </w:pPr>
      <w:r w:rsidRPr="008450D3">
        <w:rPr>
          <w:b/>
          <w:sz w:val="18"/>
          <w:szCs w:val="18"/>
        </w:rPr>
        <w:t xml:space="preserve">FECHA EN QUE SE LE NOTIFICÓ LA RESPUESTA AL EJERCICIO DE </w:t>
      </w:r>
      <w:r w:rsidR="00E57CF1" w:rsidRPr="008450D3">
        <w:rPr>
          <w:b/>
          <w:sz w:val="18"/>
          <w:szCs w:val="18"/>
        </w:rPr>
        <w:t>LOS</w:t>
      </w:r>
      <w:r w:rsidRPr="008450D3">
        <w:rPr>
          <w:b/>
          <w:sz w:val="18"/>
          <w:szCs w:val="18"/>
        </w:rPr>
        <w:t xml:space="preserve"> DERECHOS ARCO O DE PORTABILIDAD</w:t>
      </w:r>
      <w:r w:rsidR="00E57CF1" w:rsidRPr="008450D3">
        <w:rPr>
          <w:b/>
          <w:sz w:val="18"/>
          <w:szCs w:val="18"/>
        </w:rPr>
        <w:t xml:space="preserve"> DE DATOS PERSONALES</w:t>
      </w:r>
      <w:r w:rsidRPr="008450D3">
        <w:rPr>
          <w:b/>
          <w:sz w:val="18"/>
          <w:szCs w:val="18"/>
        </w:rPr>
        <w:t>.</w:t>
      </w:r>
    </w:p>
    <w:p w14:paraId="0CAFB3E3" w14:textId="77777777" w:rsidR="0018024D" w:rsidRPr="008450D3" w:rsidRDefault="0018024D" w:rsidP="005372F3">
      <w:pPr>
        <w:spacing w:after="0" w:line="240" w:lineRule="auto"/>
        <w:ind w:left="-709" w:right="-801"/>
        <w:jc w:val="both"/>
        <w:rPr>
          <w:sz w:val="18"/>
          <w:szCs w:val="18"/>
        </w:rPr>
      </w:pPr>
    </w:p>
    <w:tbl>
      <w:tblPr>
        <w:tblW w:w="10368" w:type="dxa"/>
        <w:jc w:val="center"/>
        <w:tblBorders>
          <w:top w:val="single" w:sz="6" w:space="0" w:color="707070"/>
          <w:left w:val="single" w:sz="6" w:space="0" w:color="707070"/>
          <w:bottom w:val="single" w:sz="6" w:space="0" w:color="707070"/>
          <w:right w:val="single" w:sz="6" w:space="0" w:color="707070"/>
          <w:insideH w:val="single" w:sz="6" w:space="0" w:color="707070"/>
          <w:insideV w:val="single" w:sz="6" w:space="0" w:color="707070"/>
        </w:tblBorders>
        <w:tblLayout w:type="fixed"/>
        <w:tblLook w:val="04A0" w:firstRow="1" w:lastRow="0" w:firstColumn="1" w:lastColumn="0" w:noHBand="0" w:noVBand="1"/>
      </w:tblPr>
      <w:tblGrid>
        <w:gridCol w:w="5184"/>
        <w:gridCol w:w="5184"/>
      </w:tblGrid>
      <w:tr w:rsidR="005372F3" w:rsidRPr="008450D3" w14:paraId="7DF27DF1" w14:textId="77777777" w:rsidTr="005372F3">
        <w:trPr>
          <w:jc w:val="center"/>
        </w:trPr>
        <w:tc>
          <w:tcPr>
            <w:tcW w:w="5184" w:type="dxa"/>
          </w:tcPr>
          <w:p w14:paraId="7CF69296" w14:textId="1750257C" w:rsidR="005372F3" w:rsidRPr="008450D3" w:rsidRDefault="005372F3" w:rsidP="005372F3">
            <w:pPr>
              <w:spacing w:after="0"/>
              <w:jc w:val="both"/>
              <w:rPr>
                <w:sz w:val="16"/>
                <w:szCs w:val="16"/>
              </w:rPr>
            </w:pPr>
            <w:r w:rsidRPr="008450D3">
              <w:rPr>
                <w:sz w:val="16"/>
                <w:szCs w:val="16"/>
              </w:rPr>
              <w:t xml:space="preserve">Fecha en que fue notificada la respuesta a la persona </w:t>
            </w:r>
            <w:r w:rsidR="0018024D">
              <w:rPr>
                <w:sz w:val="16"/>
                <w:szCs w:val="16"/>
              </w:rPr>
              <w:t>titular:</w:t>
            </w:r>
            <w:r w:rsidRPr="008450D3">
              <w:rPr>
                <w:sz w:val="16"/>
                <w:szCs w:val="16"/>
              </w:rPr>
              <w:t xml:space="preserve">  </w:t>
            </w:r>
          </w:p>
          <w:p w14:paraId="16081814" w14:textId="2C24D904" w:rsidR="005372F3" w:rsidRPr="008450D3" w:rsidRDefault="005372F3" w:rsidP="005372F3">
            <w:pPr>
              <w:spacing w:after="0"/>
              <w:jc w:val="both"/>
              <w:rPr>
                <w:sz w:val="16"/>
                <w:szCs w:val="16"/>
              </w:rPr>
            </w:pPr>
          </w:p>
        </w:tc>
        <w:tc>
          <w:tcPr>
            <w:tcW w:w="5184" w:type="dxa"/>
          </w:tcPr>
          <w:p w14:paraId="36250642" w14:textId="77777777" w:rsidR="005372F3" w:rsidRPr="008450D3" w:rsidRDefault="005372F3">
            <w:pPr>
              <w:spacing w:after="0"/>
              <w:rPr>
                <w:sz w:val="16"/>
                <w:szCs w:val="16"/>
              </w:rPr>
            </w:pPr>
            <w:r w:rsidRPr="008450D3">
              <w:rPr>
                <w:sz w:val="16"/>
                <w:szCs w:val="16"/>
              </w:rPr>
              <w:t>___________________________________________</w:t>
            </w:r>
          </w:p>
          <w:p w14:paraId="24D290B3" w14:textId="77777777" w:rsidR="005372F3" w:rsidRDefault="00BA741C">
            <w:pPr>
              <w:spacing w:after="0"/>
              <w:rPr>
                <w:sz w:val="16"/>
                <w:szCs w:val="16"/>
              </w:rPr>
            </w:pPr>
            <w:r w:rsidRPr="008450D3">
              <w:rPr>
                <w:sz w:val="16"/>
                <w:szCs w:val="16"/>
              </w:rPr>
              <w:t xml:space="preserve">                                (DD/MM/AA)</w:t>
            </w:r>
          </w:p>
          <w:p w14:paraId="7213D580" w14:textId="4FAFE800" w:rsidR="0018024D" w:rsidRPr="008450D3" w:rsidRDefault="0018024D">
            <w:pPr>
              <w:spacing w:after="0"/>
              <w:rPr>
                <w:sz w:val="16"/>
                <w:szCs w:val="16"/>
              </w:rPr>
            </w:pPr>
          </w:p>
        </w:tc>
      </w:tr>
      <w:tr w:rsidR="00BA741C" w:rsidRPr="008450D3" w14:paraId="7180FCEE" w14:textId="77777777" w:rsidTr="00011A57">
        <w:trPr>
          <w:jc w:val="center"/>
        </w:trPr>
        <w:tc>
          <w:tcPr>
            <w:tcW w:w="5184" w:type="dxa"/>
          </w:tcPr>
          <w:p w14:paraId="52389F03" w14:textId="1E4C2F32" w:rsidR="00BA741C" w:rsidRPr="008450D3" w:rsidRDefault="0018024D" w:rsidP="00BA741C">
            <w:pPr>
              <w:spacing w:after="0"/>
              <w:jc w:val="both"/>
              <w:rPr>
                <w:sz w:val="16"/>
                <w:szCs w:val="16"/>
              </w:rPr>
            </w:pPr>
            <w:r>
              <w:rPr>
                <w:sz w:val="16"/>
                <w:szCs w:val="16"/>
              </w:rPr>
              <w:lastRenderedPageBreak/>
              <w:t>En caso de</w:t>
            </w:r>
            <w:r w:rsidR="00BA741C" w:rsidRPr="008450D3">
              <w:rPr>
                <w:sz w:val="16"/>
                <w:szCs w:val="16"/>
              </w:rPr>
              <w:t xml:space="preserve"> falta de respuesta, señale la fecha en que presentó la solicitud para el ejercicio de los derechos ARCO o de Portabilidad</w:t>
            </w:r>
            <w:r>
              <w:rPr>
                <w:sz w:val="16"/>
                <w:szCs w:val="16"/>
              </w:rPr>
              <w:t xml:space="preserve"> de datos personales</w:t>
            </w:r>
            <w:r w:rsidR="00BA741C" w:rsidRPr="008450D3">
              <w:rPr>
                <w:sz w:val="16"/>
                <w:szCs w:val="16"/>
              </w:rPr>
              <w:t xml:space="preserve">: </w:t>
            </w:r>
          </w:p>
          <w:p w14:paraId="2426BF58" w14:textId="7C78C783" w:rsidR="00BA741C" w:rsidRPr="008450D3" w:rsidRDefault="00BA741C" w:rsidP="00BA741C">
            <w:pPr>
              <w:spacing w:after="0"/>
              <w:jc w:val="both"/>
              <w:rPr>
                <w:sz w:val="16"/>
                <w:szCs w:val="16"/>
              </w:rPr>
            </w:pPr>
          </w:p>
        </w:tc>
        <w:tc>
          <w:tcPr>
            <w:tcW w:w="5184" w:type="dxa"/>
          </w:tcPr>
          <w:p w14:paraId="0F549FDE" w14:textId="77777777" w:rsidR="00BA741C" w:rsidRPr="008450D3" w:rsidRDefault="00BA741C" w:rsidP="00BA741C">
            <w:pPr>
              <w:spacing w:after="0"/>
              <w:rPr>
                <w:sz w:val="16"/>
                <w:szCs w:val="16"/>
              </w:rPr>
            </w:pPr>
            <w:r w:rsidRPr="008450D3">
              <w:rPr>
                <w:sz w:val="16"/>
                <w:szCs w:val="16"/>
              </w:rPr>
              <w:t>___________________________________________</w:t>
            </w:r>
          </w:p>
          <w:p w14:paraId="5AD67CDC" w14:textId="3C85C17E" w:rsidR="00BA741C" w:rsidRPr="008450D3" w:rsidRDefault="00BA741C" w:rsidP="00BA741C">
            <w:pPr>
              <w:spacing w:after="0"/>
              <w:rPr>
                <w:sz w:val="16"/>
                <w:szCs w:val="16"/>
              </w:rPr>
            </w:pPr>
            <w:r w:rsidRPr="008450D3">
              <w:rPr>
                <w:sz w:val="16"/>
                <w:szCs w:val="16"/>
              </w:rPr>
              <w:t xml:space="preserve">                                (DD/MM/AA)</w:t>
            </w:r>
          </w:p>
        </w:tc>
      </w:tr>
    </w:tbl>
    <w:p w14:paraId="7C741DB5" w14:textId="3FCBAFFE" w:rsidR="004859E1" w:rsidRDefault="004859E1" w:rsidP="005372F3">
      <w:pPr>
        <w:spacing w:after="0" w:line="240" w:lineRule="auto"/>
        <w:ind w:left="-709"/>
        <w:rPr>
          <w:b/>
        </w:rPr>
      </w:pPr>
    </w:p>
    <w:p w14:paraId="146E4792" w14:textId="1CEAB2A4" w:rsidR="005372F3" w:rsidRPr="008450D3" w:rsidRDefault="00E57CF1" w:rsidP="005372F3">
      <w:pPr>
        <w:spacing w:after="0" w:line="240" w:lineRule="auto"/>
        <w:ind w:left="-709"/>
        <w:rPr>
          <w:sz w:val="18"/>
          <w:szCs w:val="18"/>
        </w:rPr>
      </w:pPr>
      <w:r w:rsidRPr="008450D3">
        <w:rPr>
          <w:b/>
          <w:sz w:val="18"/>
          <w:szCs w:val="18"/>
        </w:rPr>
        <w:t xml:space="preserve">EL </w:t>
      </w:r>
      <w:r w:rsidR="005372F3" w:rsidRPr="008450D3">
        <w:rPr>
          <w:b/>
          <w:sz w:val="18"/>
          <w:szCs w:val="18"/>
        </w:rPr>
        <w:t>ACTO QUE SE RECURRE.</w:t>
      </w:r>
    </w:p>
    <w:tbl>
      <w:tblPr>
        <w:tblW w:w="0" w:type="auto"/>
        <w:jc w:val="center"/>
        <w:tblBorders>
          <w:top w:val="single" w:sz="6" w:space="0" w:color="707070"/>
          <w:left w:val="single" w:sz="6" w:space="0" w:color="707070"/>
          <w:bottom w:val="single" w:sz="6" w:space="0" w:color="707070"/>
          <w:right w:val="single" w:sz="6" w:space="0" w:color="707070"/>
          <w:insideH w:val="single" w:sz="6" w:space="0" w:color="707070"/>
          <w:insideV w:val="single" w:sz="6" w:space="0" w:color="707070"/>
        </w:tblBorders>
        <w:tblLayout w:type="fixed"/>
        <w:tblLook w:val="04A0" w:firstRow="1" w:lastRow="0" w:firstColumn="1" w:lastColumn="0" w:noHBand="0" w:noVBand="1"/>
      </w:tblPr>
      <w:tblGrid>
        <w:gridCol w:w="10368"/>
      </w:tblGrid>
      <w:tr w:rsidR="004859E1" w:rsidRPr="008450D3" w14:paraId="02B2FC94" w14:textId="77777777">
        <w:trPr>
          <w:jc w:val="center"/>
        </w:trPr>
        <w:tc>
          <w:tcPr>
            <w:tcW w:w="10368" w:type="dxa"/>
          </w:tcPr>
          <w:p w14:paraId="2883C896" w14:textId="77777777" w:rsidR="004859E1" w:rsidRDefault="004859E1">
            <w:pPr>
              <w:spacing w:after="0"/>
            </w:pPr>
          </w:p>
          <w:p w14:paraId="2F2CFB8A" w14:textId="77777777" w:rsidR="0018024D" w:rsidRDefault="0018024D">
            <w:pPr>
              <w:spacing w:after="0"/>
            </w:pPr>
          </w:p>
          <w:p w14:paraId="707854C3" w14:textId="77777777" w:rsidR="0018024D" w:rsidRPr="008450D3" w:rsidRDefault="0018024D">
            <w:pPr>
              <w:spacing w:after="0"/>
            </w:pPr>
          </w:p>
          <w:p w14:paraId="3D7CF186" w14:textId="77777777" w:rsidR="00E57CF1" w:rsidRPr="008450D3" w:rsidRDefault="00E57CF1">
            <w:pPr>
              <w:spacing w:after="0"/>
            </w:pPr>
          </w:p>
          <w:p w14:paraId="0DA4B4A6" w14:textId="58960F0A" w:rsidR="00DB348F" w:rsidRPr="008450D3" w:rsidRDefault="00646D55">
            <w:pPr>
              <w:spacing w:after="0"/>
            </w:pPr>
            <w:r w:rsidRPr="008450D3">
              <w:rPr>
                <w:b/>
                <w:bCs/>
                <w:sz w:val="14"/>
                <w:szCs w:val="14"/>
              </w:rPr>
              <w:t>Si requiere más espacio especifique el número de hojas que anexa. Anexo _____ Hojas.</w:t>
            </w:r>
          </w:p>
        </w:tc>
      </w:tr>
    </w:tbl>
    <w:p w14:paraId="764EDF9A" w14:textId="77777777" w:rsidR="00D40ED4" w:rsidRPr="008450D3" w:rsidRDefault="00D40ED4" w:rsidP="00E57CF1">
      <w:pPr>
        <w:spacing w:after="0" w:line="240" w:lineRule="auto"/>
        <w:rPr>
          <w:b/>
          <w:sz w:val="18"/>
          <w:szCs w:val="18"/>
        </w:rPr>
      </w:pPr>
    </w:p>
    <w:p w14:paraId="27907D0E" w14:textId="04817AC1" w:rsidR="004859E1" w:rsidRPr="008450D3" w:rsidRDefault="00BA741C" w:rsidP="00BA741C">
      <w:pPr>
        <w:spacing w:after="0" w:line="240" w:lineRule="auto"/>
        <w:ind w:left="-709"/>
        <w:rPr>
          <w:sz w:val="18"/>
          <w:szCs w:val="18"/>
        </w:rPr>
      </w:pPr>
      <w:r w:rsidRPr="008450D3">
        <w:rPr>
          <w:b/>
          <w:sz w:val="18"/>
          <w:szCs w:val="18"/>
        </w:rPr>
        <w:t>EL RECURSO DE REVISIÓN PROCEDERÁ EN LOS SIGUIENTES SUPUESTOS:</w:t>
      </w:r>
    </w:p>
    <w:tbl>
      <w:tblPr>
        <w:tblW w:w="10368" w:type="dxa"/>
        <w:jc w:val="center"/>
        <w:tblBorders>
          <w:top w:val="single" w:sz="6" w:space="0" w:color="707070"/>
          <w:left w:val="single" w:sz="6" w:space="0" w:color="707070"/>
          <w:bottom w:val="single" w:sz="6" w:space="0" w:color="707070"/>
          <w:right w:val="single" w:sz="6" w:space="0" w:color="707070"/>
          <w:insideH w:val="single" w:sz="6" w:space="0" w:color="707070"/>
          <w:insideV w:val="single" w:sz="6" w:space="0" w:color="707070"/>
        </w:tblBorders>
        <w:tblLayout w:type="fixed"/>
        <w:tblLook w:val="04A0" w:firstRow="1" w:lastRow="0" w:firstColumn="1" w:lastColumn="0" w:noHBand="0" w:noVBand="1"/>
      </w:tblPr>
      <w:tblGrid>
        <w:gridCol w:w="10368"/>
      </w:tblGrid>
      <w:tr w:rsidR="004859E1" w:rsidRPr="008450D3" w14:paraId="222C767D" w14:textId="77777777" w:rsidTr="00D40ED4">
        <w:trPr>
          <w:trHeight w:val="3300"/>
          <w:jc w:val="center"/>
        </w:trPr>
        <w:tc>
          <w:tcPr>
            <w:tcW w:w="10368" w:type="dxa"/>
          </w:tcPr>
          <w:p w14:paraId="78E8C9B7" w14:textId="1B0FB38D" w:rsidR="00DB348F" w:rsidRPr="008450D3" w:rsidRDefault="00DB348F" w:rsidP="00DB348F">
            <w:pPr>
              <w:spacing w:after="0"/>
              <w:rPr>
                <w:sz w:val="16"/>
                <w:szCs w:val="16"/>
              </w:rPr>
            </w:pPr>
            <w:proofErr w:type="gramStart"/>
            <w:r w:rsidRPr="008450D3">
              <w:rPr>
                <w:sz w:val="16"/>
                <w:szCs w:val="16"/>
              </w:rPr>
              <w:t>[  ]</w:t>
            </w:r>
            <w:proofErr w:type="gramEnd"/>
            <w:r w:rsidRPr="008450D3">
              <w:rPr>
                <w:sz w:val="16"/>
                <w:szCs w:val="16"/>
              </w:rPr>
              <w:t xml:space="preserve"> Se clasifiquen como confidenciales los datos personales sin que se cumplan las características señaladas en las disposiciones jurídicas aplicables</w:t>
            </w:r>
            <w:r w:rsidR="00677E4F">
              <w:rPr>
                <w:sz w:val="16"/>
                <w:szCs w:val="16"/>
              </w:rPr>
              <w:t>.</w:t>
            </w:r>
          </w:p>
          <w:p w14:paraId="158F653F" w14:textId="6349A6D2" w:rsidR="00DB348F" w:rsidRPr="008450D3" w:rsidRDefault="00DB348F" w:rsidP="00DB348F">
            <w:pPr>
              <w:spacing w:after="0"/>
              <w:rPr>
                <w:sz w:val="16"/>
                <w:szCs w:val="16"/>
              </w:rPr>
            </w:pPr>
            <w:proofErr w:type="gramStart"/>
            <w:r w:rsidRPr="008450D3">
              <w:rPr>
                <w:sz w:val="16"/>
                <w:szCs w:val="16"/>
              </w:rPr>
              <w:t>[  ]</w:t>
            </w:r>
            <w:proofErr w:type="gramEnd"/>
            <w:r w:rsidRPr="008450D3">
              <w:rPr>
                <w:sz w:val="16"/>
                <w:szCs w:val="16"/>
              </w:rPr>
              <w:t xml:space="preserve"> Se declare la inexistencia de los datos personales</w:t>
            </w:r>
            <w:r w:rsidR="00677E4F">
              <w:rPr>
                <w:sz w:val="16"/>
                <w:szCs w:val="16"/>
              </w:rPr>
              <w:t>.</w:t>
            </w:r>
          </w:p>
          <w:p w14:paraId="392BEDCA" w14:textId="40D21475" w:rsidR="00DB348F" w:rsidRPr="008450D3" w:rsidRDefault="00DB348F" w:rsidP="00DB348F">
            <w:pPr>
              <w:spacing w:after="0"/>
              <w:rPr>
                <w:sz w:val="16"/>
                <w:szCs w:val="16"/>
              </w:rPr>
            </w:pPr>
            <w:proofErr w:type="gramStart"/>
            <w:r w:rsidRPr="008450D3">
              <w:rPr>
                <w:sz w:val="16"/>
                <w:szCs w:val="16"/>
              </w:rPr>
              <w:t>[  ]</w:t>
            </w:r>
            <w:proofErr w:type="gramEnd"/>
            <w:r w:rsidRPr="008450D3">
              <w:rPr>
                <w:sz w:val="16"/>
                <w:szCs w:val="16"/>
              </w:rPr>
              <w:t xml:space="preserve"> Se declare la incompetencia por el responsable</w:t>
            </w:r>
            <w:r w:rsidR="00677E4F">
              <w:rPr>
                <w:sz w:val="16"/>
                <w:szCs w:val="16"/>
              </w:rPr>
              <w:t>.</w:t>
            </w:r>
          </w:p>
          <w:p w14:paraId="654E384B" w14:textId="60207E41" w:rsidR="00DB348F" w:rsidRPr="008450D3" w:rsidRDefault="00DB348F" w:rsidP="00DB348F">
            <w:pPr>
              <w:spacing w:after="0"/>
              <w:rPr>
                <w:sz w:val="16"/>
                <w:szCs w:val="16"/>
              </w:rPr>
            </w:pPr>
            <w:proofErr w:type="gramStart"/>
            <w:r w:rsidRPr="008450D3">
              <w:rPr>
                <w:sz w:val="16"/>
                <w:szCs w:val="16"/>
              </w:rPr>
              <w:t>[  ]</w:t>
            </w:r>
            <w:proofErr w:type="gramEnd"/>
            <w:r w:rsidRPr="008450D3">
              <w:rPr>
                <w:sz w:val="16"/>
                <w:szCs w:val="16"/>
              </w:rPr>
              <w:t xml:space="preserve"> Se entreguen datos personales incompletos</w:t>
            </w:r>
            <w:r w:rsidR="00677E4F">
              <w:rPr>
                <w:sz w:val="16"/>
                <w:szCs w:val="16"/>
              </w:rPr>
              <w:t>.</w:t>
            </w:r>
          </w:p>
          <w:p w14:paraId="04D29441" w14:textId="4600D468" w:rsidR="00DB348F" w:rsidRPr="008450D3" w:rsidRDefault="00DB348F" w:rsidP="00DB348F">
            <w:pPr>
              <w:spacing w:after="0"/>
              <w:rPr>
                <w:sz w:val="16"/>
                <w:szCs w:val="16"/>
              </w:rPr>
            </w:pPr>
            <w:proofErr w:type="gramStart"/>
            <w:r w:rsidRPr="008450D3">
              <w:rPr>
                <w:sz w:val="16"/>
                <w:szCs w:val="16"/>
              </w:rPr>
              <w:t>[  ]</w:t>
            </w:r>
            <w:proofErr w:type="gramEnd"/>
            <w:r w:rsidRPr="008450D3">
              <w:rPr>
                <w:sz w:val="16"/>
                <w:szCs w:val="16"/>
              </w:rPr>
              <w:t xml:space="preserve"> Se entreguen datos personales que no correspondan con lo solicitado</w:t>
            </w:r>
            <w:r w:rsidR="00677E4F">
              <w:rPr>
                <w:sz w:val="16"/>
                <w:szCs w:val="16"/>
              </w:rPr>
              <w:t>.</w:t>
            </w:r>
          </w:p>
          <w:p w14:paraId="1D8E3085" w14:textId="6C260C0B" w:rsidR="00DB348F" w:rsidRPr="008450D3" w:rsidRDefault="00DB348F" w:rsidP="00DB348F">
            <w:pPr>
              <w:spacing w:after="0"/>
              <w:rPr>
                <w:sz w:val="16"/>
                <w:szCs w:val="16"/>
              </w:rPr>
            </w:pPr>
            <w:proofErr w:type="gramStart"/>
            <w:r w:rsidRPr="008450D3">
              <w:rPr>
                <w:sz w:val="16"/>
                <w:szCs w:val="16"/>
              </w:rPr>
              <w:t>[  ]</w:t>
            </w:r>
            <w:proofErr w:type="gramEnd"/>
            <w:r w:rsidRPr="008450D3">
              <w:rPr>
                <w:sz w:val="16"/>
                <w:szCs w:val="16"/>
              </w:rPr>
              <w:t xml:space="preserve"> Se niegue el acceso, rectificación, cancelación u oposición de los datos personales</w:t>
            </w:r>
            <w:r w:rsidR="00677E4F">
              <w:rPr>
                <w:sz w:val="16"/>
                <w:szCs w:val="16"/>
              </w:rPr>
              <w:t>.</w:t>
            </w:r>
          </w:p>
          <w:p w14:paraId="72E82CEA" w14:textId="0EDAA651" w:rsidR="00DB348F" w:rsidRPr="008450D3" w:rsidRDefault="00DB348F" w:rsidP="00DB348F">
            <w:pPr>
              <w:spacing w:after="0"/>
              <w:rPr>
                <w:sz w:val="16"/>
                <w:szCs w:val="16"/>
              </w:rPr>
            </w:pPr>
            <w:proofErr w:type="gramStart"/>
            <w:r w:rsidRPr="008450D3">
              <w:rPr>
                <w:sz w:val="16"/>
                <w:szCs w:val="16"/>
              </w:rPr>
              <w:t>[  ]</w:t>
            </w:r>
            <w:proofErr w:type="gramEnd"/>
            <w:r w:rsidRPr="008450D3">
              <w:rPr>
                <w:sz w:val="16"/>
                <w:szCs w:val="16"/>
              </w:rPr>
              <w:t xml:space="preserve"> No se dé respuesta a una solicitud para el ejercicio de los derechos ARCO dentro de los plazos establecidos en la presente Ley y demás disposiciones aplicables en la materia</w:t>
            </w:r>
            <w:r w:rsidR="00677E4F">
              <w:rPr>
                <w:sz w:val="16"/>
                <w:szCs w:val="16"/>
              </w:rPr>
              <w:t>.</w:t>
            </w:r>
          </w:p>
          <w:p w14:paraId="500FFB9A" w14:textId="15418BED" w:rsidR="00DB348F" w:rsidRPr="008450D3" w:rsidRDefault="00DB348F" w:rsidP="00DB348F">
            <w:pPr>
              <w:spacing w:after="0"/>
              <w:rPr>
                <w:sz w:val="16"/>
                <w:szCs w:val="16"/>
              </w:rPr>
            </w:pPr>
            <w:proofErr w:type="gramStart"/>
            <w:r w:rsidRPr="008450D3">
              <w:rPr>
                <w:sz w:val="16"/>
                <w:szCs w:val="16"/>
              </w:rPr>
              <w:t>[  ]</w:t>
            </w:r>
            <w:proofErr w:type="gramEnd"/>
            <w:r w:rsidRPr="008450D3">
              <w:rPr>
                <w:sz w:val="16"/>
                <w:szCs w:val="16"/>
              </w:rPr>
              <w:t xml:space="preserve"> Se entregue o ponga a disposición datos personales en una modalidad o formato distinto al solicitado, o en un formato incomprensible</w:t>
            </w:r>
            <w:r w:rsidR="00677E4F">
              <w:rPr>
                <w:sz w:val="16"/>
                <w:szCs w:val="16"/>
              </w:rPr>
              <w:t>.</w:t>
            </w:r>
          </w:p>
          <w:p w14:paraId="103420AF" w14:textId="6ECEA116" w:rsidR="00DB348F" w:rsidRPr="008450D3" w:rsidRDefault="00DB348F" w:rsidP="00DB348F">
            <w:pPr>
              <w:spacing w:after="0"/>
              <w:rPr>
                <w:sz w:val="16"/>
                <w:szCs w:val="16"/>
              </w:rPr>
            </w:pPr>
            <w:proofErr w:type="gramStart"/>
            <w:r w:rsidRPr="008450D3">
              <w:rPr>
                <w:sz w:val="16"/>
                <w:szCs w:val="16"/>
              </w:rPr>
              <w:t>[  ]</w:t>
            </w:r>
            <w:proofErr w:type="gramEnd"/>
            <w:r w:rsidRPr="008450D3">
              <w:rPr>
                <w:sz w:val="16"/>
                <w:szCs w:val="16"/>
              </w:rPr>
              <w:t xml:space="preserve"> La persona titular se inconforme con los costos de reproducción, envío o tiempos de entrega de los datos personales</w:t>
            </w:r>
            <w:r w:rsidR="00677E4F">
              <w:rPr>
                <w:sz w:val="16"/>
                <w:szCs w:val="16"/>
              </w:rPr>
              <w:t>.</w:t>
            </w:r>
          </w:p>
          <w:p w14:paraId="3AD695F8" w14:textId="05CEE705" w:rsidR="00DB348F" w:rsidRPr="008450D3" w:rsidRDefault="00DB348F" w:rsidP="00DB348F">
            <w:pPr>
              <w:spacing w:after="0"/>
              <w:rPr>
                <w:sz w:val="16"/>
                <w:szCs w:val="16"/>
              </w:rPr>
            </w:pPr>
            <w:proofErr w:type="gramStart"/>
            <w:r w:rsidRPr="008450D3">
              <w:rPr>
                <w:sz w:val="16"/>
                <w:szCs w:val="16"/>
              </w:rPr>
              <w:t>[  ]</w:t>
            </w:r>
            <w:proofErr w:type="gramEnd"/>
            <w:r w:rsidRPr="008450D3">
              <w:rPr>
                <w:sz w:val="16"/>
                <w:szCs w:val="16"/>
              </w:rPr>
              <w:t xml:space="preserve"> Se obstaculice el ejercicio de los derechos ARCO, a pesar de que fue notificada la procedencia de los mismos</w:t>
            </w:r>
            <w:r w:rsidR="00677E4F">
              <w:rPr>
                <w:sz w:val="16"/>
                <w:szCs w:val="16"/>
              </w:rPr>
              <w:t>.</w:t>
            </w:r>
          </w:p>
          <w:p w14:paraId="55440E01" w14:textId="354B3D27" w:rsidR="00DB348F" w:rsidRPr="008450D3" w:rsidRDefault="00DB348F" w:rsidP="00DB348F">
            <w:pPr>
              <w:spacing w:after="0"/>
              <w:rPr>
                <w:sz w:val="16"/>
                <w:szCs w:val="16"/>
              </w:rPr>
            </w:pPr>
            <w:proofErr w:type="gramStart"/>
            <w:r w:rsidRPr="008450D3">
              <w:rPr>
                <w:sz w:val="16"/>
                <w:szCs w:val="16"/>
              </w:rPr>
              <w:t>[  ]</w:t>
            </w:r>
            <w:proofErr w:type="gramEnd"/>
            <w:r w:rsidRPr="008450D3">
              <w:rPr>
                <w:sz w:val="16"/>
                <w:szCs w:val="16"/>
              </w:rPr>
              <w:t xml:space="preserve"> No se d</w:t>
            </w:r>
            <w:r w:rsidR="00677E4F">
              <w:rPr>
                <w:sz w:val="16"/>
                <w:szCs w:val="16"/>
              </w:rPr>
              <w:t>é</w:t>
            </w:r>
            <w:r w:rsidRPr="008450D3">
              <w:rPr>
                <w:sz w:val="16"/>
                <w:szCs w:val="16"/>
              </w:rPr>
              <w:t xml:space="preserve"> trámite a una solicitud para el ejercicio de los derechos ARCO</w:t>
            </w:r>
            <w:r w:rsidR="00677E4F">
              <w:rPr>
                <w:sz w:val="16"/>
                <w:szCs w:val="16"/>
              </w:rPr>
              <w:t>.</w:t>
            </w:r>
          </w:p>
          <w:p w14:paraId="7E8BA7C3" w14:textId="26480DEE" w:rsidR="00DB348F" w:rsidRPr="008450D3" w:rsidRDefault="00677E4F" w:rsidP="00DB348F">
            <w:pPr>
              <w:rPr>
                <w:sz w:val="16"/>
                <w:szCs w:val="16"/>
              </w:rPr>
            </w:pPr>
            <w:proofErr w:type="gramStart"/>
            <w:r w:rsidRPr="008450D3">
              <w:rPr>
                <w:sz w:val="16"/>
                <w:szCs w:val="16"/>
              </w:rPr>
              <w:t>[  ]</w:t>
            </w:r>
            <w:proofErr w:type="gramEnd"/>
            <w:r>
              <w:rPr>
                <w:sz w:val="16"/>
                <w:szCs w:val="16"/>
              </w:rPr>
              <w:t xml:space="preserve"> En los demás casos que disponga la legislación aplicable.</w:t>
            </w:r>
          </w:p>
          <w:p w14:paraId="6D1A39E8" w14:textId="14D9D9B4" w:rsidR="00646D55" w:rsidRPr="008450D3" w:rsidRDefault="00DB348F" w:rsidP="00DB348F">
            <w:pPr>
              <w:rPr>
                <w:b/>
                <w:bCs/>
                <w:sz w:val="14"/>
                <w:szCs w:val="14"/>
              </w:rPr>
            </w:pPr>
            <w:r w:rsidRPr="008450D3">
              <w:rPr>
                <w:b/>
                <w:bCs/>
                <w:sz w:val="14"/>
                <w:szCs w:val="14"/>
              </w:rPr>
              <w:t>Si requiere más espacio especifique el número de hojas que anexa. Anexo _____ Hoja</w:t>
            </w:r>
            <w:r w:rsidR="00646D55" w:rsidRPr="008450D3">
              <w:rPr>
                <w:b/>
                <w:bCs/>
                <w:sz w:val="14"/>
                <w:szCs w:val="14"/>
              </w:rPr>
              <w:t>s</w:t>
            </w:r>
            <w:r w:rsidR="00D40ED4" w:rsidRPr="008450D3">
              <w:rPr>
                <w:b/>
                <w:bCs/>
                <w:sz w:val="14"/>
                <w:szCs w:val="14"/>
              </w:rPr>
              <w:t>.</w:t>
            </w:r>
          </w:p>
        </w:tc>
      </w:tr>
      <w:tr w:rsidR="004859E1" w:rsidRPr="008450D3" w14:paraId="54F6CF7A" w14:textId="77777777" w:rsidTr="00646D55">
        <w:trPr>
          <w:jc w:val="center"/>
        </w:trPr>
        <w:tc>
          <w:tcPr>
            <w:tcW w:w="10368" w:type="dxa"/>
            <w:shd w:val="clear" w:color="auto" w:fill="F2F2F2" w:themeFill="background1" w:themeFillShade="F2"/>
          </w:tcPr>
          <w:p w14:paraId="1ECA60F8" w14:textId="6A5E1638" w:rsidR="004859E1" w:rsidRPr="008450D3" w:rsidRDefault="00646D55" w:rsidP="00646D55">
            <w:pPr>
              <w:spacing w:after="0" w:line="240" w:lineRule="auto"/>
              <w:rPr>
                <w:b/>
                <w:sz w:val="18"/>
                <w:szCs w:val="18"/>
              </w:rPr>
            </w:pPr>
            <w:r w:rsidRPr="008450D3">
              <w:rPr>
                <w:b/>
                <w:sz w:val="18"/>
                <w:szCs w:val="18"/>
              </w:rPr>
              <w:t>PUNTOS PETITORIOS</w:t>
            </w:r>
          </w:p>
        </w:tc>
      </w:tr>
      <w:tr w:rsidR="004859E1" w:rsidRPr="008450D3" w14:paraId="732F0A5F" w14:textId="77777777" w:rsidTr="00646D55">
        <w:trPr>
          <w:jc w:val="center"/>
        </w:trPr>
        <w:tc>
          <w:tcPr>
            <w:tcW w:w="10368" w:type="dxa"/>
          </w:tcPr>
          <w:p w14:paraId="3A727DF6" w14:textId="77777777" w:rsidR="004859E1" w:rsidRPr="008450D3" w:rsidRDefault="004859E1">
            <w:pPr>
              <w:spacing w:after="0"/>
              <w:rPr>
                <w:sz w:val="16"/>
                <w:szCs w:val="16"/>
              </w:rPr>
            </w:pPr>
          </w:p>
          <w:p w14:paraId="0C332F24" w14:textId="77777777" w:rsidR="00646D55" w:rsidRPr="008450D3" w:rsidRDefault="00646D55">
            <w:pPr>
              <w:spacing w:after="0"/>
              <w:rPr>
                <w:sz w:val="16"/>
                <w:szCs w:val="16"/>
              </w:rPr>
            </w:pPr>
          </w:p>
          <w:p w14:paraId="125533A9" w14:textId="77777777" w:rsidR="00646D55" w:rsidRPr="008450D3" w:rsidRDefault="00646D55">
            <w:pPr>
              <w:spacing w:after="0"/>
              <w:rPr>
                <w:sz w:val="16"/>
                <w:szCs w:val="16"/>
              </w:rPr>
            </w:pPr>
          </w:p>
          <w:p w14:paraId="698CEE1E" w14:textId="77777777" w:rsidR="00646D55" w:rsidRPr="008450D3" w:rsidRDefault="00646D55">
            <w:pPr>
              <w:spacing w:after="0"/>
              <w:rPr>
                <w:sz w:val="16"/>
                <w:szCs w:val="16"/>
              </w:rPr>
            </w:pPr>
          </w:p>
          <w:p w14:paraId="7F53835E" w14:textId="77777777" w:rsidR="009C1506" w:rsidRPr="008450D3" w:rsidRDefault="009C1506">
            <w:pPr>
              <w:spacing w:after="0"/>
              <w:rPr>
                <w:sz w:val="16"/>
                <w:szCs w:val="16"/>
              </w:rPr>
            </w:pPr>
          </w:p>
          <w:p w14:paraId="4C0F3AE9" w14:textId="77777777" w:rsidR="009C1506" w:rsidRPr="008450D3" w:rsidRDefault="009C1506">
            <w:pPr>
              <w:spacing w:after="0"/>
              <w:rPr>
                <w:sz w:val="16"/>
                <w:szCs w:val="16"/>
              </w:rPr>
            </w:pPr>
          </w:p>
          <w:p w14:paraId="4FB11533" w14:textId="77777777" w:rsidR="009C1506" w:rsidRPr="008450D3" w:rsidRDefault="009C1506">
            <w:pPr>
              <w:spacing w:after="0"/>
              <w:rPr>
                <w:sz w:val="16"/>
                <w:szCs w:val="16"/>
              </w:rPr>
            </w:pPr>
          </w:p>
          <w:p w14:paraId="1B825CCE" w14:textId="04C86D76" w:rsidR="00646D55" w:rsidRPr="008450D3" w:rsidRDefault="00646D55">
            <w:pPr>
              <w:spacing w:after="0"/>
              <w:rPr>
                <w:sz w:val="16"/>
                <w:szCs w:val="16"/>
              </w:rPr>
            </w:pPr>
            <w:r w:rsidRPr="008450D3">
              <w:rPr>
                <w:b/>
                <w:bCs/>
                <w:sz w:val="14"/>
                <w:szCs w:val="14"/>
              </w:rPr>
              <w:t>Si requiere más espacio especifique el número de hojas que anexa. Anexo _____ Hojas.</w:t>
            </w:r>
          </w:p>
        </w:tc>
      </w:tr>
      <w:tr w:rsidR="00646D55" w:rsidRPr="008450D3" w14:paraId="4083A06C" w14:textId="77777777" w:rsidTr="00646D55">
        <w:trPr>
          <w:jc w:val="center"/>
        </w:trPr>
        <w:tc>
          <w:tcPr>
            <w:tcW w:w="10368" w:type="dxa"/>
            <w:shd w:val="clear" w:color="auto" w:fill="F2F2F2" w:themeFill="background1" w:themeFillShade="F2"/>
          </w:tcPr>
          <w:p w14:paraId="2E0CEA42" w14:textId="5D7EEA58" w:rsidR="00646D55" w:rsidRPr="008450D3" w:rsidRDefault="00646D55">
            <w:pPr>
              <w:spacing w:after="0"/>
              <w:rPr>
                <w:sz w:val="16"/>
                <w:szCs w:val="16"/>
              </w:rPr>
            </w:pPr>
            <w:r w:rsidRPr="008450D3">
              <w:rPr>
                <w:b/>
                <w:sz w:val="18"/>
                <w:szCs w:val="18"/>
              </w:rPr>
              <w:t>RAZONES O MOTIVOS DE INCONFORMIDAD</w:t>
            </w:r>
          </w:p>
        </w:tc>
      </w:tr>
      <w:tr w:rsidR="00646D55" w:rsidRPr="008450D3" w14:paraId="769324C8" w14:textId="77777777" w:rsidTr="00646D55">
        <w:trPr>
          <w:jc w:val="center"/>
        </w:trPr>
        <w:tc>
          <w:tcPr>
            <w:tcW w:w="10368" w:type="dxa"/>
          </w:tcPr>
          <w:p w14:paraId="03AC46E0" w14:textId="77777777" w:rsidR="00646D55" w:rsidRPr="008450D3" w:rsidRDefault="00646D55">
            <w:pPr>
              <w:spacing w:after="0"/>
              <w:rPr>
                <w:sz w:val="16"/>
                <w:szCs w:val="16"/>
              </w:rPr>
            </w:pPr>
          </w:p>
          <w:p w14:paraId="224D862B" w14:textId="77777777" w:rsidR="00646D55" w:rsidRPr="008450D3" w:rsidRDefault="00646D55">
            <w:pPr>
              <w:spacing w:after="0"/>
              <w:rPr>
                <w:sz w:val="16"/>
                <w:szCs w:val="16"/>
              </w:rPr>
            </w:pPr>
          </w:p>
          <w:p w14:paraId="6D384FCA" w14:textId="77777777" w:rsidR="00646D55" w:rsidRPr="008450D3" w:rsidRDefault="00646D55">
            <w:pPr>
              <w:spacing w:after="0"/>
              <w:rPr>
                <w:sz w:val="16"/>
                <w:szCs w:val="16"/>
              </w:rPr>
            </w:pPr>
          </w:p>
          <w:p w14:paraId="56C0448B" w14:textId="77777777" w:rsidR="009C1506" w:rsidRPr="008450D3" w:rsidRDefault="009C1506">
            <w:pPr>
              <w:spacing w:after="0"/>
              <w:rPr>
                <w:sz w:val="16"/>
                <w:szCs w:val="16"/>
              </w:rPr>
            </w:pPr>
          </w:p>
          <w:p w14:paraId="7660A418" w14:textId="77777777" w:rsidR="009C1506" w:rsidRPr="008450D3" w:rsidRDefault="009C1506">
            <w:pPr>
              <w:spacing w:after="0"/>
              <w:rPr>
                <w:sz w:val="16"/>
                <w:szCs w:val="16"/>
              </w:rPr>
            </w:pPr>
          </w:p>
          <w:p w14:paraId="0A4C930F" w14:textId="77777777" w:rsidR="009C1506" w:rsidRPr="008450D3" w:rsidRDefault="009C1506">
            <w:pPr>
              <w:spacing w:after="0"/>
              <w:rPr>
                <w:sz w:val="16"/>
                <w:szCs w:val="16"/>
              </w:rPr>
            </w:pPr>
          </w:p>
          <w:p w14:paraId="47221638" w14:textId="77777777" w:rsidR="00646D55" w:rsidRPr="008450D3" w:rsidRDefault="00646D55">
            <w:pPr>
              <w:spacing w:after="0"/>
              <w:rPr>
                <w:sz w:val="16"/>
                <w:szCs w:val="16"/>
              </w:rPr>
            </w:pPr>
          </w:p>
          <w:p w14:paraId="14AE1CCA" w14:textId="6307E736" w:rsidR="00646D55" w:rsidRPr="008450D3" w:rsidRDefault="00646D55">
            <w:pPr>
              <w:spacing w:after="0"/>
              <w:rPr>
                <w:sz w:val="16"/>
                <w:szCs w:val="16"/>
              </w:rPr>
            </w:pPr>
            <w:r w:rsidRPr="008450D3">
              <w:rPr>
                <w:b/>
                <w:bCs/>
                <w:sz w:val="14"/>
                <w:szCs w:val="14"/>
              </w:rPr>
              <w:t>Si requiere más espacio especifique el número de hojas que anexa. Anexo _____ Hojas.</w:t>
            </w:r>
          </w:p>
        </w:tc>
      </w:tr>
      <w:tr w:rsidR="00646D55" w:rsidRPr="008450D3" w14:paraId="511DE191" w14:textId="77777777" w:rsidTr="00646D55">
        <w:trPr>
          <w:jc w:val="center"/>
        </w:trPr>
        <w:tc>
          <w:tcPr>
            <w:tcW w:w="10368" w:type="dxa"/>
            <w:shd w:val="clear" w:color="auto" w:fill="F2F2F2" w:themeFill="background1" w:themeFillShade="F2"/>
          </w:tcPr>
          <w:p w14:paraId="347A410A" w14:textId="72D41132" w:rsidR="00646D55" w:rsidRPr="008450D3" w:rsidRDefault="00646D55">
            <w:pPr>
              <w:spacing w:after="0"/>
              <w:rPr>
                <w:sz w:val="16"/>
                <w:szCs w:val="16"/>
              </w:rPr>
            </w:pPr>
            <w:r w:rsidRPr="008450D3">
              <w:rPr>
                <w:b/>
                <w:sz w:val="18"/>
                <w:szCs w:val="18"/>
              </w:rPr>
              <w:t>EN SU CASO, COPIA DE LA RESPUESTA QUE SE IMPUGNA Y DE LA NOTIFICACIÓN CORRESPONDIENTE. SEÑALE LOS DOCUMENTOS QUE SE ACOMPAÑAN O ANEXAN</w:t>
            </w:r>
            <w:r w:rsidR="00E57CF1" w:rsidRPr="008450D3">
              <w:rPr>
                <w:b/>
                <w:sz w:val="18"/>
                <w:szCs w:val="18"/>
              </w:rPr>
              <w:t>.</w:t>
            </w:r>
          </w:p>
        </w:tc>
      </w:tr>
      <w:tr w:rsidR="00646D55" w:rsidRPr="008450D3" w14:paraId="37DBFF62" w14:textId="77777777" w:rsidTr="00D46ABF">
        <w:trPr>
          <w:trHeight w:val="415"/>
          <w:jc w:val="center"/>
        </w:trPr>
        <w:tc>
          <w:tcPr>
            <w:tcW w:w="10368" w:type="dxa"/>
          </w:tcPr>
          <w:p w14:paraId="7E132B3A" w14:textId="77777777" w:rsidR="00646D55" w:rsidRPr="008450D3" w:rsidRDefault="00646D55" w:rsidP="00646D55">
            <w:pPr>
              <w:spacing w:after="0"/>
              <w:rPr>
                <w:sz w:val="16"/>
                <w:szCs w:val="16"/>
              </w:rPr>
            </w:pPr>
            <w:proofErr w:type="gramStart"/>
            <w:r w:rsidRPr="008450D3">
              <w:rPr>
                <w:sz w:val="16"/>
                <w:szCs w:val="16"/>
              </w:rPr>
              <w:t>[  ]</w:t>
            </w:r>
            <w:proofErr w:type="gramEnd"/>
            <w:r w:rsidRPr="008450D3">
              <w:rPr>
                <w:sz w:val="16"/>
                <w:szCs w:val="16"/>
              </w:rPr>
              <w:t xml:space="preserve"> Solicitud de ejercicio de derechos ARCO.</w:t>
            </w:r>
          </w:p>
          <w:p w14:paraId="406E59DD" w14:textId="77777777" w:rsidR="00646D55" w:rsidRPr="008450D3" w:rsidRDefault="00646D55" w:rsidP="00646D55">
            <w:pPr>
              <w:spacing w:after="0"/>
              <w:rPr>
                <w:sz w:val="16"/>
                <w:szCs w:val="16"/>
              </w:rPr>
            </w:pPr>
            <w:proofErr w:type="gramStart"/>
            <w:r w:rsidRPr="008450D3">
              <w:rPr>
                <w:sz w:val="16"/>
                <w:szCs w:val="16"/>
              </w:rPr>
              <w:t>[  ]</w:t>
            </w:r>
            <w:proofErr w:type="gramEnd"/>
            <w:r w:rsidRPr="008450D3">
              <w:rPr>
                <w:sz w:val="16"/>
                <w:szCs w:val="16"/>
              </w:rPr>
              <w:t xml:space="preserve"> Acto o resolución emitida por el sujeto obligado.</w:t>
            </w:r>
          </w:p>
          <w:p w14:paraId="647A4E9F" w14:textId="77777777" w:rsidR="00646D55" w:rsidRPr="008450D3" w:rsidRDefault="00646D55" w:rsidP="00646D55">
            <w:pPr>
              <w:spacing w:after="0"/>
              <w:rPr>
                <w:sz w:val="16"/>
                <w:szCs w:val="16"/>
              </w:rPr>
            </w:pPr>
            <w:proofErr w:type="gramStart"/>
            <w:r w:rsidRPr="008450D3">
              <w:rPr>
                <w:sz w:val="16"/>
                <w:szCs w:val="16"/>
              </w:rPr>
              <w:t>[  ]</w:t>
            </w:r>
            <w:proofErr w:type="gramEnd"/>
            <w:r w:rsidRPr="008450D3">
              <w:rPr>
                <w:sz w:val="16"/>
                <w:szCs w:val="16"/>
              </w:rPr>
              <w:t xml:space="preserve"> Copias de traslado (en su caso).</w:t>
            </w:r>
          </w:p>
          <w:p w14:paraId="432713B6" w14:textId="77777777" w:rsidR="00646D55" w:rsidRPr="008450D3" w:rsidRDefault="00646D55" w:rsidP="00646D55">
            <w:pPr>
              <w:spacing w:after="0"/>
              <w:rPr>
                <w:sz w:val="16"/>
                <w:szCs w:val="16"/>
              </w:rPr>
            </w:pPr>
            <w:proofErr w:type="gramStart"/>
            <w:r w:rsidRPr="008450D3">
              <w:rPr>
                <w:sz w:val="16"/>
                <w:szCs w:val="16"/>
              </w:rPr>
              <w:t>[  ]</w:t>
            </w:r>
            <w:proofErr w:type="gramEnd"/>
            <w:r w:rsidRPr="008450D3">
              <w:rPr>
                <w:sz w:val="16"/>
                <w:szCs w:val="16"/>
              </w:rPr>
              <w:t xml:space="preserve"> Otras pruebas que consideren procedentes.</w:t>
            </w:r>
          </w:p>
          <w:p w14:paraId="026355B7" w14:textId="351CBC37" w:rsidR="00646D55" w:rsidRPr="008450D3" w:rsidRDefault="00646D55" w:rsidP="00D46ABF">
            <w:pPr>
              <w:jc w:val="both"/>
              <w:rPr>
                <w:sz w:val="16"/>
                <w:szCs w:val="16"/>
              </w:rPr>
            </w:pPr>
            <w:r w:rsidRPr="008450D3">
              <w:rPr>
                <w:sz w:val="16"/>
                <w:szCs w:val="16"/>
              </w:rPr>
              <w:lastRenderedPageBreak/>
              <w:t>En su caso, detallar otras pruebas y elementos que se consideren procedentes o necesarias hacer de</w:t>
            </w:r>
            <w:r w:rsidR="00D46ABF">
              <w:rPr>
                <w:sz w:val="16"/>
                <w:szCs w:val="16"/>
              </w:rPr>
              <w:t>l</w:t>
            </w:r>
            <w:r w:rsidRPr="008450D3">
              <w:rPr>
                <w:sz w:val="16"/>
                <w:szCs w:val="16"/>
              </w:rPr>
              <w:t xml:space="preserve"> conocimiento de</w:t>
            </w:r>
            <w:r w:rsidR="00FA3555">
              <w:rPr>
                <w:sz w:val="16"/>
                <w:szCs w:val="16"/>
              </w:rPr>
              <w:t>l Instituto Quintanarroense de Transparencia para el Pueblo.</w:t>
            </w:r>
          </w:p>
        </w:tc>
      </w:tr>
    </w:tbl>
    <w:p w14:paraId="65051AFA" w14:textId="77777777" w:rsidR="00E8024F" w:rsidRPr="008450D3" w:rsidRDefault="00E8024F">
      <w:pPr>
        <w:spacing w:after="0" w:line="240" w:lineRule="auto"/>
        <w:rPr>
          <w:b/>
        </w:rPr>
      </w:pPr>
    </w:p>
    <w:p w14:paraId="512C1893" w14:textId="517107B0" w:rsidR="004859E1" w:rsidRDefault="00F92715" w:rsidP="00D40ED4">
      <w:pPr>
        <w:spacing w:after="0" w:line="240" w:lineRule="auto"/>
        <w:ind w:left="-709" w:right="-801"/>
        <w:jc w:val="both"/>
        <w:rPr>
          <w:b/>
          <w:sz w:val="18"/>
          <w:szCs w:val="18"/>
        </w:rPr>
      </w:pPr>
      <w:r w:rsidRPr="008450D3">
        <w:rPr>
          <w:b/>
          <w:sz w:val="18"/>
          <w:szCs w:val="18"/>
        </w:rPr>
        <w:t>DOCUMENTOS QUE ACREDIT</w:t>
      </w:r>
      <w:r w:rsidR="00B647CA">
        <w:rPr>
          <w:b/>
          <w:sz w:val="18"/>
          <w:szCs w:val="18"/>
        </w:rPr>
        <w:t>E</w:t>
      </w:r>
      <w:r w:rsidRPr="008450D3">
        <w:rPr>
          <w:b/>
          <w:sz w:val="18"/>
          <w:szCs w:val="18"/>
        </w:rPr>
        <w:t xml:space="preserve">N LA IDENTIDAD DE LA PERSONA TITULAR </w:t>
      </w:r>
    </w:p>
    <w:p w14:paraId="2D656E34" w14:textId="77777777" w:rsidR="00B647CA" w:rsidRPr="008450D3" w:rsidRDefault="00B647CA" w:rsidP="00D40ED4">
      <w:pPr>
        <w:spacing w:after="0" w:line="240" w:lineRule="auto"/>
        <w:ind w:left="-709" w:right="-801"/>
        <w:jc w:val="both"/>
        <w:rPr>
          <w:sz w:val="18"/>
          <w:szCs w:val="18"/>
        </w:rPr>
      </w:pPr>
    </w:p>
    <w:tbl>
      <w:tblPr>
        <w:tblW w:w="10368" w:type="dxa"/>
        <w:jc w:val="center"/>
        <w:tblBorders>
          <w:top w:val="single" w:sz="6" w:space="0" w:color="707070"/>
          <w:left w:val="single" w:sz="6" w:space="0" w:color="707070"/>
          <w:bottom w:val="single" w:sz="6" w:space="0" w:color="707070"/>
          <w:right w:val="single" w:sz="6" w:space="0" w:color="707070"/>
          <w:insideH w:val="single" w:sz="6" w:space="0" w:color="707070"/>
          <w:insideV w:val="single" w:sz="6" w:space="0" w:color="707070"/>
        </w:tblBorders>
        <w:tblLayout w:type="fixed"/>
        <w:tblLook w:val="04A0" w:firstRow="1" w:lastRow="0" w:firstColumn="1" w:lastColumn="0" w:noHBand="0" w:noVBand="1"/>
      </w:tblPr>
      <w:tblGrid>
        <w:gridCol w:w="10368"/>
      </w:tblGrid>
      <w:tr w:rsidR="004859E1" w:rsidRPr="008450D3" w14:paraId="549E7B48" w14:textId="77777777" w:rsidTr="00F92715">
        <w:trPr>
          <w:jc w:val="center"/>
        </w:trPr>
        <w:tc>
          <w:tcPr>
            <w:tcW w:w="10368" w:type="dxa"/>
          </w:tcPr>
          <w:p w14:paraId="12CDA350" w14:textId="08BF1380" w:rsidR="00A64D51" w:rsidRDefault="00F92715" w:rsidP="00FB3D68">
            <w:pPr>
              <w:spacing w:after="0" w:line="240" w:lineRule="auto"/>
              <w:jc w:val="both"/>
              <w:rPr>
                <w:sz w:val="16"/>
                <w:szCs w:val="16"/>
              </w:rPr>
            </w:pPr>
            <w:proofErr w:type="gramStart"/>
            <w:r w:rsidRPr="00FB3D68">
              <w:rPr>
                <w:sz w:val="16"/>
                <w:szCs w:val="16"/>
              </w:rPr>
              <w:t>[  ]</w:t>
            </w:r>
            <w:proofErr w:type="gramEnd"/>
            <w:r w:rsidRPr="00FB3D68">
              <w:rPr>
                <w:sz w:val="16"/>
                <w:szCs w:val="16"/>
              </w:rPr>
              <w:t xml:space="preserve"> </w:t>
            </w:r>
            <w:r w:rsidR="00A64D51">
              <w:rPr>
                <w:sz w:val="16"/>
                <w:szCs w:val="16"/>
              </w:rPr>
              <w:t>Credencial para Votar, válida y vigente</w:t>
            </w:r>
            <w:r w:rsidR="00E67EC1">
              <w:rPr>
                <w:sz w:val="16"/>
                <w:szCs w:val="16"/>
              </w:rPr>
              <w:t>, emitida por el Instituto Nacional Electoral (INE).</w:t>
            </w:r>
          </w:p>
          <w:p w14:paraId="4A8CB825" w14:textId="0E53D9B4" w:rsidR="00F92715" w:rsidRPr="00FB3D68" w:rsidRDefault="00A64D51" w:rsidP="00FB3D68">
            <w:pPr>
              <w:spacing w:after="0" w:line="240" w:lineRule="auto"/>
              <w:jc w:val="both"/>
              <w:rPr>
                <w:sz w:val="16"/>
                <w:szCs w:val="16"/>
              </w:rPr>
            </w:pPr>
            <w:proofErr w:type="gramStart"/>
            <w:r>
              <w:rPr>
                <w:sz w:val="16"/>
                <w:szCs w:val="16"/>
              </w:rPr>
              <w:t>[  ]</w:t>
            </w:r>
            <w:proofErr w:type="gramEnd"/>
            <w:r>
              <w:rPr>
                <w:sz w:val="16"/>
                <w:szCs w:val="16"/>
              </w:rPr>
              <w:t xml:space="preserve"> </w:t>
            </w:r>
            <w:r w:rsidR="00FB3D68" w:rsidRPr="00FB3D68">
              <w:rPr>
                <w:sz w:val="16"/>
                <w:szCs w:val="16"/>
              </w:rPr>
              <w:t>Pasaporte válido y vigente Pasaporte válido y vigente</w:t>
            </w:r>
            <w:r>
              <w:rPr>
                <w:sz w:val="16"/>
                <w:szCs w:val="16"/>
              </w:rPr>
              <w:t>.</w:t>
            </w:r>
          </w:p>
          <w:p w14:paraId="6FA60BCE" w14:textId="709ABE3D" w:rsidR="00E67EC1" w:rsidRDefault="00F92715" w:rsidP="00F92715">
            <w:pPr>
              <w:spacing w:after="0" w:line="240" w:lineRule="auto"/>
              <w:rPr>
                <w:sz w:val="16"/>
                <w:szCs w:val="16"/>
              </w:rPr>
            </w:pPr>
            <w:proofErr w:type="gramStart"/>
            <w:r w:rsidRPr="008450D3">
              <w:rPr>
                <w:sz w:val="16"/>
                <w:szCs w:val="16"/>
              </w:rPr>
              <w:t>[  ]</w:t>
            </w:r>
            <w:proofErr w:type="gramEnd"/>
            <w:r w:rsidRPr="008450D3">
              <w:rPr>
                <w:sz w:val="16"/>
                <w:szCs w:val="16"/>
              </w:rPr>
              <w:t xml:space="preserve"> </w:t>
            </w:r>
            <w:r w:rsidR="00E67EC1">
              <w:rPr>
                <w:sz w:val="16"/>
                <w:szCs w:val="16"/>
              </w:rPr>
              <w:t>Carta de naturalización, expedida por la Secretaría de Relaciones Exteriores.</w:t>
            </w:r>
          </w:p>
          <w:p w14:paraId="49BF0A58" w14:textId="5685282F" w:rsidR="00A64D51" w:rsidRDefault="00E67EC1" w:rsidP="00F92715">
            <w:pPr>
              <w:spacing w:after="0" w:line="240" w:lineRule="auto"/>
              <w:rPr>
                <w:rFonts w:cs="Arial"/>
                <w:b/>
                <w:bCs/>
              </w:rPr>
            </w:pPr>
            <w:proofErr w:type="gramStart"/>
            <w:r>
              <w:rPr>
                <w:sz w:val="16"/>
                <w:szCs w:val="16"/>
              </w:rPr>
              <w:t>[  ]</w:t>
            </w:r>
            <w:proofErr w:type="gramEnd"/>
            <w:r>
              <w:rPr>
                <w:sz w:val="16"/>
                <w:szCs w:val="16"/>
              </w:rPr>
              <w:t xml:space="preserve"> </w:t>
            </w:r>
            <w:r w:rsidR="00A64D51" w:rsidRPr="00A64D51">
              <w:rPr>
                <w:sz w:val="16"/>
                <w:szCs w:val="16"/>
              </w:rPr>
              <w:t>Cartilla del Servicio Militar Nacional, expedida por la Secretaría de Defensa Nacional.</w:t>
            </w:r>
            <w:r w:rsidR="00A64D51" w:rsidRPr="00A64D51">
              <w:rPr>
                <w:rFonts w:cs="Arial"/>
                <w:b/>
                <w:bCs/>
              </w:rPr>
              <w:t xml:space="preserve"> </w:t>
            </w:r>
          </w:p>
          <w:p w14:paraId="3A93FC23" w14:textId="00F7879B" w:rsidR="00A64D51" w:rsidRPr="00A64D51" w:rsidRDefault="00A64D51" w:rsidP="00F92715">
            <w:pPr>
              <w:spacing w:after="0" w:line="240" w:lineRule="auto"/>
              <w:rPr>
                <w:rFonts w:cs="Arial"/>
              </w:rPr>
            </w:pPr>
            <w:proofErr w:type="gramStart"/>
            <w:r w:rsidRPr="00A64D51">
              <w:rPr>
                <w:rFonts w:cs="Arial"/>
                <w:sz w:val="16"/>
                <w:szCs w:val="16"/>
              </w:rPr>
              <w:t>[  ]</w:t>
            </w:r>
            <w:proofErr w:type="gramEnd"/>
            <w:r w:rsidRPr="00A64D51">
              <w:rPr>
                <w:rFonts w:cs="Arial"/>
                <w:sz w:val="16"/>
                <w:szCs w:val="16"/>
              </w:rPr>
              <w:t xml:space="preserve"> </w:t>
            </w:r>
            <w:r w:rsidRPr="00A64D51">
              <w:rPr>
                <w:sz w:val="16"/>
                <w:szCs w:val="16"/>
              </w:rPr>
              <w:t>Identificación oficial vigente con fotografía y firma, expedida por el gobierno federal, estatal o municipal que tenga impresa la CURP.</w:t>
            </w:r>
          </w:p>
          <w:p w14:paraId="593A22A6" w14:textId="6FCA1CC1" w:rsidR="00F92715" w:rsidRPr="008450D3" w:rsidRDefault="00A64D51" w:rsidP="00F92715">
            <w:pPr>
              <w:spacing w:after="0" w:line="240" w:lineRule="auto"/>
              <w:rPr>
                <w:sz w:val="16"/>
                <w:szCs w:val="16"/>
              </w:rPr>
            </w:pPr>
            <w:proofErr w:type="gramStart"/>
            <w:r>
              <w:rPr>
                <w:sz w:val="16"/>
                <w:szCs w:val="16"/>
              </w:rPr>
              <w:t>[  ]</w:t>
            </w:r>
            <w:proofErr w:type="gramEnd"/>
            <w:r>
              <w:rPr>
                <w:sz w:val="16"/>
                <w:szCs w:val="16"/>
              </w:rPr>
              <w:t xml:space="preserve"> </w:t>
            </w:r>
            <w:r w:rsidRPr="00A64D51">
              <w:rPr>
                <w:sz w:val="16"/>
                <w:szCs w:val="16"/>
              </w:rPr>
              <w:t xml:space="preserve">Tratándose de persona extranjera </w:t>
            </w:r>
            <w:r w:rsidR="00E67EC1">
              <w:rPr>
                <w:sz w:val="16"/>
                <w:szCs w:val="16"/>
              </w:rPr>
              <w:t xml:space="preserve">con situación migratoria regular, </w:t>
            </w:r>
            <w:r w:rsidRPr="00A64D51">
              <w:rPr>
                <w:sz w:val="16"/>
                <w:szCs w:val="16"/>
              </w:rPr>
              <w:t>el documento migratorio vigente que corresponda, emitido por la autoridad competente</w:t>
            </w:r>
            <w:r>
              <w:rPr>
                <w:sz w:val="16"/>
                <w:szCs w:val="16"/>
              </w:rPr>
              <w:t>.</w:t>
            </w:r>
          </w:p>
          <w:p w14:paraId="68566AA4" w14:textId="722425C6" w:rsidR="00A64D51" w:rsidRDefault="00F92715" w:rsidP="00A64D51">
            <w:pPr>
              <w:spacing w:after="0" w:line="240" w:lineRule="auto"/>
              <w:rPr>
                <w:sz w:val="16"/>
                <w:szCs w:val="16"/>
              </w:rPr>
            </w:pPr>
            <w:proofErr w:type="gramStart"/>
            <w:r w:rsidRPr="008450D3">
              <w:rPr>
                <w:sz w:val="16"/>
                <w:szCs w:val="16"/>
              </w:rPr>
              <w:t>[  ]</w:t>
            </w:r>
            <w:proofErr w:type="gramEnd"/>
            <w:r w:rsidRPr="008450D3">
              <w:rPr>
                <w:sz w:val="16"/>
                <w:szCs w:val="16"/>
              </w:rPr>
              <w:t xml:space="preserve"> </w:t>
            </w:r>
            <w:r w:rsidR="00E67EC1">
              <w:rPr>
                <w:sz w:val="16"/>
                <w:szCs w:val="16"/>
              </w:rPr>
              <w:t>Tratándose de persona extranjera con situación migratoria irregular, el d</w:t>
            </w:r>
            <w:r w:rsidR="00A64D51" w:rsidRPr="00A64D51">
              <w:rPr>
                <w:sz w:val="16"/>
                <w:szCs w:val="16"/>
              </w:rPr>
              <w:t>ocumento oficial de identidad vigente, expedido por el país de origen (ejemplos enunciativos, mas no limitativos: cédula de identidad, documento nacional de identidad o documento personal de identificación).</w:t>
            </w:r>
          </w:p>
          <w:p w14:paraId="409EF492" w14:textId="1D1E5B8C" w:rsidR="005F4383" w:rsidRDefault="005F4383" w:rsidP="005F4383">
            <w:pPr>
              <w:spacing w:after="0" w:line="240" w:lineRule="auto"/>
              <w:rPr>
                <w:sz w:val="16"/>
                <w:szCs w:val="16"/>
              </w:rPr>
            </w:pPr>
            <w:proofErr w:type="gramStart"/>
            <w:r>
              <w:rPr>
                <w:sz w:val="16"/>
                <w:szCs w:val="16"/>
              </w:rPr>
              <w:t xml:space="preserve">[  </w:t>
            </w:r>
            <w:r w:rsidRPr="008450D3">
              <w:rPr>
                <w:sz w:val="16"/>
                <w:szCs w:val="16"/>
              </w:rPr>
              <w:t>]</w:t>
            </w:r>
            <w:proofErr w:type="gramEnd"/>
            <w:r w:rsidRPr="008450D3">
              <w:rPr>
                <w:sz w:val="16"/>
                <w:szCs w:val="16"/>
              </w:rPr>
              <w:t xml:space="preserve"> </w:t>
            </w:r>
            <w:r w:rsidRPr="00C56CFE">
              <w:rPr>
                <w:sz w:val="16"/>
                <w:szCs w:val="16"/>
              </w:rPr>
              <w:t>Firma electrónica avanzada (</w:t>
            </w:r>
            <w:proofErr w:type="spellStart"/>
            <w:proofErr w:type="gramStart"/>
            <w:r w:rsidRPr="00C56CFE">
              <w:rPr>
                <w:sz w:val="16"/>
                <w:szCs w:val="16"/>
              </w:rPr>
              <w:t>e.firma</w:t>
            </w:r>
            <w:proofErr w:type="spellEnd"/>
            <w:proofErr w:type="gramEnd"/>
            <w:r w:rsidRPr="00C56CFE">
              <w:rPr>
                <w:sz w:val="16"/>
                <w:szCs w:val="16"/>
              </w:rPr>
              <w:t xml:space="preserve">) emitida por el Servicio de Administración Tributaria (SAT), o, en su caso, el mecanismo de identificación o instrumento electrónico reconocido por la normativa aplicable. </w:t>
            </w:r>
          </w:p>
          <w:p w14:paraId="2D195810" w14:textId="67198B99" w:rsidR="005F4383" w:rsidRDefault="005F4383" w:rsidP="005F4383">
            <w:pPr>
              <w:spacing w:after="0" w:line="240" w:lineRule="auto"/>
              <w:rPr>
                <w:sz w:val="16"/>
                <w:szCs w:val="16"/>
              </w:rPr>
            </w:pPr>
            <w:proofErr w:type="gramStart"/>
            <w:r>
              <w:rPr>
                <w:sz w:val="16"/>
                <w:szCs w:val="16"/>
              </w:rPr>
              <w:t>[  ]</w:t>
            </w:r>
            <w:proofErr w:type="gramEnd"/>
            <w:r>
              <w:rPr>
                <w:sz w:val="16"/>
                <w:szCs w:val="16"/>
              </w:rPr>
              <w:t xml:space="preserve"> Mecanismos de autenticación autorizados por las Autoridades Garantes Estatales, según corr</w:t>
            </w:r>
            <w:r w:rsidR="008B14FA">
              <w:rPr>
                <w:sz w:val="16"/>
                <w:szCs w:val="16"/>
              </w:rPr>
              <w:t>esp</w:t>
            </w:r>
            <w:r>
              <w:rPr>
                <w:sz w:val="16"/>
                <w:szCs w:val="16"/>
              </w:rPr>
              <w:t>onda, mediante acuerdo publicado en el Periódico Oficial del Estado de Quintana Roo.</w:t>
            </w:r>
            <w:r w:rsidRPr="008450D3">
              <w:rPr>
                <w:sz w:val="16"/>
                <w:szCs w:val="16"/>
              </w:rPr>
              <w:t xml:space="preserve"> </w:t>
            </w:r>
          </w:p>
          <w:p w14:paraId="67DDF70F" w14:textId="77777777" w:rsidR="005F4383" w:rsidRDefault="005F4383" w:rsidP="00A64D51">
            <w:pPr>
              <w:spacing w:after="0" w:line="240" w:lineRule="auto"/>
              <w:rPr>
                <w:sz w:val="16"/>
                <w:szCs w:val="16"/>
              </w:rPr>
            </w:pPr>
          </w:p>
          <w:p w14:paraId="041A7719" w14:textId="5CBEBA89" w:rsidR="005F4383" w:rsidRDefault="005F4383" w:rsidP="005F4383">
            <w:pPr>
              <w:spacing w:after="0" w:line="240" w:lineRule="auto"/>
              <w:rPr>
                <w:b/>
                <w:bCs/>
                <w:sz w:val="16"/>
                <w:szCs w:val="16"/>
              </w:rPr>
            </w:pPr>
            <w:r>
              <w:rPr>
                <w:b/>
                <w:bCs/>
                <w:sz w:val="16"/>
                <w:szCs w:val="16"/>
              </w:rPr>
              <w:t>CUANDO LA PERSONA TITULAR ACTÚE MEDIANTE REPRESENTANTE, ESTE DEBERÁ ACREDITAR SU PERSONALIDAD EN LOS SIGUIENTES TÉRMINOS:</w:t>
            </w:r>
          </w:p>
          <w:p w14:paraId="54011F38" w14:textId="77777777" w:rsidR="005F4383" w:rsidRPr="005F4383" w:rsidRDefault="005F4383" w:rsidP="005F4383">
            <w:pPr>
              <w:spacing w:after="0" w:line="240" w:lineRule="auto"/>
              <w:rPr>
                <w:b/>
                <w:bCs/>
                <w:sz w:val="16"/>
                <w:szCs w:val="16"/>
              </w:rPr>
            </w:pPr>
          </w:p>
          <w:p w14:paraId="5CDB3026" w14:textId="4BF15C48" w:rsidR="005F4383" w:rsidRDefault="005F4383" w:rsidP="00E67EC1">
            <w:pPr>
              <w:spacing w:after="0" w:line="240" w:lineRule="auto"/>
              <w:rPr>
                <w:sz w:val="16"/>
                <w:szCs w:val="16"/>
              </w:rPr>
            </w:pPr>
            <w:proofErr w:type="gramStart"/>
            <w:r w:rsidRPr="005F4383">
              <w:rPr>
                <w:sz w:val="16"/>
                <w:szCs w:val="16"/>
              </w:rPr>
              <w:t>[</w:t>
            </w:r>
            <w:r>
              <w:rPr>
                <w:sz w:val="16"/>
                <w:szCs w:val="16"/>
              </w:rPr>
              <w:t xml:space="preserve"> </w:t>
            </w:r>
            <w:r w:rsidRPr="005F4383">
              <w:rPr>
                <w:sz w:val="16"/>
                <w:szCs w:val="16"/>
              </w:rPr>
              <w:t xml:space="preserve"> ]</w:t>
            </w:r>
            <w:proofErr w:type="gramEnd"/>
            <w:r w:rsidRPr="005F4383">
              <w:rPr>
                <w:sz w:val="16"/>
                <w:szCs w:val="16"/>
              </w:rPr>
              <w:t xml:space="preserve"> Si se trata de una persona física, a través de carta poder simple suscrita ante dos testigos anexando copia simple de las identificaciones oficiales de quienes intervengan en la suscripción de este, instrumento público, o declaración en compare</w:t>
            </w:r>
            <w:r w:rsidR="008B14FA">
              <w:rPr>
                <w:sz w:val="16"/>
                <w:szCs w:val="16"/>
              </w:rPr>
              <w:t>ce</w:t>
            </w:r>
            <w:r w:rsidRPr="005F4383">
              <w:rPr>
                <w:sz w:val="16"/>
                <w:szCs w:val="16"/>
              </w:rPr>
              <w:t xml:space="preserve">ncia personal de la persona titular de los datos personales y de su representante ante las Autoridades Garantes Estatales. </w:t>
            </w:r>
          </w:p>
          <w:p w14:paraId="5AFE0342" w14:textId="77777777" w:rsidR="005F4383" w:rsidRPr="005F4383" w:rsidRDefault="005F4383" w:rsidP="00E67EC1">
            <w:pPr>
              <w:spacing w:after="0" w:line="240" w:lineRule="auto"/>
              <w:rPr>
                <w:sz w:val="16"/>
                <w:szCs w:val="16"/>
              </w:rPr>
            </w:pPr>
          </w:p>
          <w:p w14:paraId="4BB85114" w14:textId="77777777" w:rsidR="005F4383" w:rsidRDefault="005F4383" w:rsidP="00E67EC1">
            <w:pPr>
              <w:spacing w:after="0" w:line="240" w:lineRule="auto"/>
              <w:rPr>
                <w:sz w:val="16"/>
                <w:szCs w:val="16"/>
              </w:rPr>
            </w:pPr>
            <w:proofErr w:type="gramStart"/>
            <w:r w:rsidRPr="005F4383">
              <w:rPr>
                <w:sz w:val="16"/>
                <w:szCs w:val="16"/>
              </w:rPr>
              <w:t>[</w:t>
            </w:r>
            <w:r>
              <w:rPr>
                <w:sz w:val="16"/>
                <w:szCs w:val="16"/>
              </w:rPr>
              <w:t xml:space="preserve"> </w:t>
            </w:r>
            <w:r w:rsidRPr="005F4383">
              <w:rPr>
                <w:sz w:val="16"/>
                <w:szCs w:val="16"/>
              </w:rPr>
              <w:t xml:space="preserve"> ]</w:t>
            </w:r>
            <w:proofErr w:type="gramEnd"/>
            <w:r w:rsidRPr="005F4383">
              <w:rPr>
                <w:sz w:val="16"/>
                <w:szCs w:val="16"/>
              </w:rPr>
              <w:t xml:space="preserve"> Si se trata de una persona moral, mediante Instrumento Público.</w:t>
            </w:r>
          </w:p>
          <w:p w14:paraId="3F767807" w14:textId="77777777" w:rsidR="000D6E32" w:rsidRDefault="000D6E32" w:rsidP="00E67EC1">
            <w:pPr>
              <w:spacing w:after="0" w:line="240" w:lineRule="auto"/>
              <w:rPr>
                <w:sz w:val="16"/>
                <w:szCs w:val="16"/>
              </w:rPr>
            </w:pPr>
          </w:p>
          <w:p w14:paraId="10C801C7" w14:textId="0C1D0C22" w:rsidR="000D6E32" w:rsidRDefault="000D6E32" w:rsidP="00E67EC1">
            <w:pPr>
              <w:spacing w:after="0" w:line="240" w:lineRule="auto"/>
              <w:rPr>
                <w:sz w:val="16"/>
                <w:szCs w:val="16"/>
              </w:rPr>
            </w:pPr>
            <w:r>
              <w:rPr>
                <w:b/>
                <w:bCs/>
                <w:sz w:val="16"/>
                <w:szCs w:val="16"/>
              </w:rPr>
              <w:t xml:space="preserve">CUANDO SE ACTÚE EN REPRESENTACIÓN DE NIÑOS, NIÑAS Y ADOLESCENTES, </w:t>
            </w:r>
            <w:r w:rsidRPr="000D6E32">
              <w:rPr>
                <w:b/>
                <w:bCs/>
                <w:sz w:val="16"/>
                <w:szCs w:val="16"/>
              </w:rPr>
              <w:t>PERSONA CON DISCAPACIDAD QUE REQUIERA APOYOS PARA EL EJERCICIO DE SU CAPACIDAD JURÍDICA</w:t>
            </w:r>
            <w:r>
              <w:rPr>
                <w:b/>
                <w:bCs/>
                <w:sz w:val="16"/>
                <w:szCs w:val="16"/>
              </w:rPr>
              <w:t xml:space="preserve"> Y PERSONAS FALLECIDAS, </w:t>
            </w:r>
            <w:r>
              <w:rPr>
                <w:sz w:val="16"/>
                <w:szCs w:val="16"/>
              </w:rPr>
              <w:t xml:space="preserve">observar </w:t>
            </w:r>
            <w:r w:rsidR="008B14FA">
              <w:rPr>
                <w:sz w:val="16"/>
                <w:szCs w:val="16"/>
              </w:rPr>
              <w:t xml:space="preserve">el anexo denominado: </w:t>
            </w:r>
            <w:r w:rsidR="008B14FA" w:rsidRPr="008B14FA">
              <w:rPr>
                <w:b/>
                <w:bCs/>
                <w:sz w:val="16"/>
                <w:szCs w:val="16"/>
              </w:rPr>
              <w:t>I</w:t>
            </w:r>
            <w:r w:rsidRPr="008B14FA">
              <w:rPr>
                <w:b/>
                <w:bCs/>
                <w:sz w:val="16"/>
                <w:szCs w:val="16"/>
              </w:rPr>
              <w:t xml:space="preserve">nformación </w:t>
            </w:r>
            <w:r w:rsidR="008B14FA" w:rsidRPr="008B14FA">
              <w:rPr>
                <w:b/>
                <w:bCs/>
                <w:sz w:val="16"/>
                <w:szCs w:val="16"/>
              </w:rPr>
              <w:t>G</w:t>
            </w:r>
            <w:r w:rsidRPr="008B14FA">
              <w:rPr>
                <w:b/>
                <w:bCs/>
                <w:sz w:val="16"/>
                <w:szCs w:val="16"/>
              </w:rPr>
              <w:t xml:space="preserve">eneral de </w:t>
            </w:r>
            <w:r w:rsidR="008B14FA" w:rsidRPr="008B14FA">
              <w:rPr>
                <w:b/>
                <w:bCs/>
                <w:sz w:val="16"/>
                <w:szCs w:val="16"/>
              </w:rPr>
              <w:t>C</w:t>
            </w:r>
            <w:r w:rsidRPr="008B14FA">
              <w:rPr>
                <w:b/>
                <w:bCs/>
                <w:sz w:val="16"/>
                <w:szCs w:val="16"/>
              </w:rPr>
              <w:t xml:space="preserve">arácter </w:t>
            </w:r>
            <w:r w:rsidR="008B14FA" w:rsidRPr="008B14FA">
              <w:rPr>
                <w:b/>
                <w:bCs/>
                <w:sz w:val="16"/>
                <w:szCs w:val="16"/>
              </w:rPr>
              <w:t>O</w:t>
            </w:r>
            <w:r w:rsidRPr="008B14FA">
              <w:rPr>
                <w:b/>
                <w:bCs/>
                <w:sz w:val="16"/>
                <w:szCs w:val="16"/>
              </w:rPr>
              <w:t>rientador.</w:t>
            </w:r>
          </w:p>
          <w:p w14:paraId="23B79366" w14:textId="795D044E" w:rsidR="000D6E32" w:rsidRPr="000D6E32" w:rsidRDefault="000D6E32" w:rsidP="00E67EC1">
            <w:pPr>
              <w:spacing w:after="0" w:line="240" w:lineRule="auto"/>
              <w:rPr>
                <w:sz w:val="16"/>
                <w:szCs w:val="16"/>
              </w:rPr>
            </w:pPr>
          </w:p>
        </w:tc>
      </w:tr>
      <w:tr w:rsidR="00191765" w:rsidRPr="008450D3" w14:paraId="4B2A2D7F" w14:textId="77777777" w:rsidTr="00F92715">
        <w:trPr>
          <w:jc w:val="center"/>
        </w:trPr>
        <w:tc>
          <w:tcPr>
            <w:tcW w:w="10368" w:type="dxa"/>
          </w:tcPr>
          <w:p w14:paraId="0B7CBB4D" w14:textId="69320697" w:rsidR="00191765" w:rsidRPr="008450D3" w:rsidRDefault="00191765" w:rsidP="00F92715">
            <w:pPr>
              <w:spacing w:after="0" w:line="240" w:lineRule="auto"/>
              <w:rPr>
                <w:sz w:val="16"/>
                <w:szCs w:val="16"/>
              </w:rPr>
            </w:pPr>
            <w:r w:rsidRPr="008450D3">
              <w:rPr>
                <w:b/>
                <w:sz w:val="18"/>
                <w:szCs w:val="18"/>
              </w:rPr>
              <w:t>TIPO DE DERECHOS EJERCIDOS (ARCO y de Portabilidad)</w:t>
            </w:r>
          </w:p>
        </w:tc>
      </w:tr>
      <w:tr w:rsidR="00191765" w:rsidRPr="008450D3" w14:paraId="75AF54AF" w14:textId="77777777" w:rsidTr="00F92715">
        <w:trPr>
          <w:jc w:val="center"/>
        </w:trPr>
        <w:tc>
          <w:tcPr>
            <w:tcW w:w="10368" w:type="dxa"/>
          </w:tcPr>
          <w:p w14:paraId="6D6924A2" w14:textId="7E945BDF" w:rsidR="00191765" w:rsidRPr="008450D3" w:rsidRDefault="00191765" w:rsidP="00F92715">
            <w:pPr>
              <w:spacing w:after="0" w:line="240" w:lineRule="auto"/>
              <w:rPr>
                <w:sz w:val="16"/>
                <w:szCs w:val="16"/>
              </w:rPr>
            </w:pPr>
            <w:r w:rsidRPr="008450D3">
              <w:rPr>
                <w:sz w:val="16"/>
                <w:szCs w:val="16"/>
              </w:rPr>
              <w:t xml:space="preserve">          </w:t>
            </w:r>
            <w:proofErr w:type="gramStart"/>
            <w:r w:rsidRPr="008450D3">
              <w:rPr>
                <w:sz w:val="16"/>
                <w:szCs w:val="16"/>
              </w:rPr>
              <w:t>[  ]</w:t>
            </w:r>
            <w:proofErr w:type="gramEnd"/>
            <w:r w:rsidRPr="008450D3">
              <w:rPr>
                <w:sz w:val="16"/>
                <w:szCs w:val="16"/>
              </w:rPr>
              <w:t xml:space="preserve"> Acceso                 </w:t>
            </w:r>
            <w:proofErr w:type="gramStart"/>
            <w:r w:rsidRPr="008450D3">
              <w:rPr>
                <w:sz w:val="16"/>
                <w:szCs w:val="16"/>
              </w:rPr>
              <w:t xml:space="preserve">   [  ]</w:t>
            </w:r>
            <w:proofErr w:type="gramEnd"/>
            <w:r w:rsidRPr="008450D3">
              <w:rPr>
                <w:sz w:val="16"/>
                <w:szCs w:val="16"/>
              </w:rPr>
              <w:t xml:space="preserve"> Rectificación                  </w:t>
            </w:r>
            <w:proofErr w:type="gramStart"/>
            <w:r w:rsidRPr="008450D3">
              <w:rPr>
                <w:sz w:val="16"/>
                <w:szCs w:val="16"/>
              </w:rPr>
              <w:t xml:space="preserve">   [  ]</w:t>
            </w:r>
            <w:proofErr w:type="gramEnd"/>
            <w:r w:rsidRPr="008450D3">
              <w:rPr>
                <w:sz w:val="16"/>
                <w:szCs w:val="16"/>
              </w:rPr>
              <w:t xml:space="preserve"> Cancelación                   </w:t>
            </w:r>
            <w:proofErr w:type="gramStart"/>
            <w:r w:rsidRPr="008450D3">
              <w:rPr>
                <w:sz w:val="16"/>
                <w:szCs w:val="16"/>
              </w:rPr>
              <w:t xml:space="preserve">   [  ]</w:t>
            </w:r>
            <w:proofErr w:type="gramEnd"/>
            <w:r w:rsidRPr="008450D3">
              <w:rPr>
                <w:sz w:val="16"/>
                <w:szCs w:val="16"/>
              </w:rPr>
              <w:t xml:space="preserve"> Oposición                        </w:t>
            </w:r>
            <w:proofErr w:type="gramStart"/>
            <w:r w:rsidRPr="008450D3">
              <w:rPr>
                <w:sz w:val="16"/>
                <w:szCs w:val="16"/>
              </w:rPr>
              <w:t xml:space="preserve">   [  ]</w:t>
            </w:r>
            <w:proofErr w:type="gramEnd"/>
            <w:r w:rsidRPr="008450D3">
              <w:rPr>
                <w:sz w:val="16"/>
                <w:szCs w:val="16"/>
              </w:rPr>
              <w:t xml:space="preserve"> De Portabilidad   </w:t>
            </w:r>
          </w:p>
        </w:tc>
      </w:tr>
    </w:tbl>
    <w:p w14:paraId="2BA13732" w14:textId="77777777" w:rsidR="00191765" w:rsidRPr="008450D3" w:rsidRDefault="00191765" w:rsidP="00191765">
      <w:pPr>
        <w:spacing w:line="240" w:lineRule="auto"/>
        <w:jc w:val="both"/>
        <w:rPr>
          <w:i/>
          <w:sz w:val="12"/>
          <w:szCs w:val="12"/>
        </w:rPr>
      </w:pPr>
    </w:p>
    <w:p w14:paraId="4BA55AEB" w14:textId="77777777" w:rsidR="009C1506" w:rsidRPr="008450D3" w:rsidRDefault="009C1506" w:rsidP="00191765">
      <w:pPr>
        <w:spacing w:line="240" w:lineRule="auto"/>
        <w:ind w:left="-851"/>
        <w:rPr>
          <w:i/>
          <w:sz w:val="12"/>
          <w:szCs w:val="12"/>
        </w:rPr>
      </w:pPr>
    </w:p>
    <w:p w14:paraId="056696CA" w14:textId="77777777" w:rsidR="00537786" w:rsidRPr="008450D3" w:rsidRDefault="00537786" w:rsidP="00537786">
      <w:pPr>
        <w:spacing w:after="0" w:line="240" w:lineRule="auto"/>
        <w:ind w:left="-709" w:right="-801"/>
        <w:jc w:val="both"/>
        <w:rPr>
          <w:bCs/>
        </w:rPr>
      </w:pPr>
      <w:r w:rsidRPr="008450D3">
        <w:rPr>
          <w:bCs/>
        </w:rPr>
        <w:t>En la Ciudad de _________________municipio ________________, Estado de ______________</w:t>
      </w:r>
      <w:proofErr w:type="gramStart"/>
      <w:r w:rsidRPr="008450D3">
        <w:rPr>
          <w:bCs/>
        </w:rPr>
        <w:t>_,a</w:t>
      </w:r>
      <w:proofErr w:type="gramEnd"/>
      <w:r w:rsidRPr="008450D3">
        <w:rPr>
          <w:bCs/>
        </w:rPr>
        <w:t xml:space="preserve"> ___________ del mes de _____________ del año ____________.</w:t>
      </w:r>
    </w:p>
    <w:p w14:paraId="0AB18A7C" w14:textId="6DA96B3F" w:rsidR="009C1506" w:rsidRPr="008450D3" w:rsidRDefault="009C1506" w:rsidP="009C1506">
      <w:pPr>
        <w:spacing w:after="0" w:line="240" w:lineRule="auto"/>
        <w:jc w:val="center"/>
        <w:rPr>
          <w:b/>
        </w:rPr>
      </w:pPr>
    </w:p>
    <w:p w14:paraId="0680FC63" w14:textId="77777777" w:rsidR="009C1506" w:rsidRPr="008450D3" w:rsidRDefault="009C1506" w:rsidP="009C1506">
      <w:pPr>
        <w:spacing w:after="0" w:line="240" w:lineRule="auto"/>
        <w:jc w:val="center"/>
        <w:rPr>
          <w:b/>
        </w:rPr>
      </w:pPr>
    </w:p>
    <w:p w14:paraId="630B8A21" w14:textId="7819A073" w:rsidR="009C1506" w:rsidRPr="008450D3" w:rsidRDefault="009C1506" w:rsidP="009C1506">
      <w:pPr>
        <w:spacing w:after="0" w:line="240" w:lineRule="auto"/>
        <w:jc w:val="center"/>
        <w:rPr>
          <w:b/>
        </w:rPr>
      </w:pPr>
      <w:r w:rsidRPr="008450D3">
        <w:rPr>
          <w:b/>
        </w:rPr>
        <w:t>NOMBRE Y FIRMA</w:t>
      </w:r>
    </w:p>
    <w:p w14:paraId="0679BD2D" w14:textId="4022F524" w:rsidR="009C1506" w:rsidRPr="008450D3" w:rsidRDefault="009C1506" w:rsidP="009C1506">
      <w:pPr>
        <w:spacing w:after="0" w:line="240" w:lineRule="auto"/>
        <w:jc w:val="center"/>
        <w:rPr>
          <w:b/>
        </w:rPr>
      </w:pPr>
      <w:r w:rsidRPr="008450D3">
        <w:rPr>
          <w:b/>
        </w:rPr>
        <w:t>(En caso de no saber firmar, bastará con la huella digital)</w:t>
      </w:r>
    </w:p>
    <w:p w14:paraId="0ACE2D53" w14:textId="77777777" w:rsidR="009C1506" w:rsidRPr="008450D3" w:rsidRDefault="009C1506" w:rsidP="009C1506">
      <w:pPr>
        <w:spacing w:after="0" w:line="240" w:lineRule="auto"/>
        <w:rPr>
          <w:b/>
        </w:rPr>
      </w:pPr>
    </w:p>
    <w:p w14:paraId="376566CE" w14:textId="77777777" w:rsidR="00537786" w:rsidRPr="008450D3" w:rsidRDefault="00537786" w:rsidP="00537786">
      <w:pPr>
        <w:spacing w:line="240" w:lineRule="auto"/>
        <w:ind w:left="-709"/>
        <w:rPr>
          <w:i/>
          <w:sz w:val="12"/>
          <w:szCs w:val="12"/>
        </w:rPr>
      </w:pPr>
      <w:r w:rsidRPr="008450D3">
        <w:rPr>
          <w:i/>
          <w:sz w:val="12"/>
          <w:szCs w:val="12"/>
        </w:rPr>
        <w:t>*En el caso de que el Recurso de Revisión se interponga ante la Unidad de Transparencia del Responsable que haya conocido de la solicitud para el ejercicio de los Derechos ARCO, ésta deberá remitirlo al Instituto a más tardar al día siguiente de haberlo recibido. (Art. 110 último párrafo de la LPDPPSOQROO)</w:t>
      </w:r>
    </w:p>
    <w:p w14:paraId="49C116BA" w14:textId="42ABFD8A" w:rsidR="00537786" w:rsidRPr="008450D3" w:rsidRDefault="00537786" w:rsidP="00537786">
      <w:pPr>
        <w:spacing w:line="240" w:lineRule="auto"/>
        <w:ind w:left="-709"/>
        <w:rPr>
          <w:i/>
          <w:sz w:val="12"/>
          <w:szCs w:val="12"/>
        </w:rPr>
      </w:pPr>
      <w:r w:rsidRPr="008450D3">
        <w:rPr>
          <w:i/>
          <w:sz w:val="12"/>
          <w:szCs w:val="12"/>
        </w:rPr>
        <w:t>* Los datos marcados con * son opcionales.</w:t>
      </w:r>
    </w:p>
    <w:p w14:paraId="77A97A98" w14:textId="77777777" w:rsidR="009C1506" w:rsidRPr="008450D3" w:rsidRDefault="009C1506" w:rsidP="009C1506">
      <w:pPr>
        <w:spacing w:after="0" w:line="240" w:lineRule="auto"/>
        <w:rPr>
          <w:b/>
        </w:rPr>
      </w:pPr>
    </w:p>
    <w:p w14:paraId="3052298B" w14:textId="77777777" w:rsidR="00537786" w:rsidRPr="008450D3" w:rsidRDefault="00537786" w:rsidP="009C1506">
      <w:pPr>
        <w:spacing w:after="0" w:line="240" w:lineRule="auto"/>
        <w:rPr>
          <w:b/>
        </w:rPr>
      </w:pPr>
    </w:p>
    <w:tbl>
      <w:tblPr>
        <w:tblpPr w:leftFromText="141" w:rightFromText="141" w:vertAnchor="text" w:horzAnchor="page" w:tblpX="6249" w:tblpY="121"/>
        <w:tblW w:w="5314" w:type="dxa"/>
        <w:tblBorders>
          <w:top w:val="single" w:sz="6" w:space="0" w:color="707070"/>
          <w:left w:val="single" w:sz="6" w:space="0" w:color="707070"/>
          <w:bottom w:val="single" w:sz="6" w:space="0" w:color="707070"/>
          <w:right w:val="single" w:sz="6" w:space="0" w:color="707070"/>
          <w:insideH w:val="single" w:sz="6" w:space="0" w:color="707070"/>
          <w:insideV w:val="single" w:sz="6" w:space="0" w:color="707070"/>
        </w:tblBorders>
        <w:tblLayout w:type="fixed"/>
        <w:tblLook w:val="04A0" w:firstRow="1" w:lastRow="0" w:firstColumn="1" w:lastColumn="0" w:noHBand="0" w:noVBand="1"/>
      </w:tblPr>
      <w:tblGrid>
        <w:gridCol w:w="2657"/>
        <w:gridCol w:w="2657"/>
      </w:tblGrid>
      <w:tr w:rsidR="000D6E32" w:rsidRPr="008450D3" w14:paraId="20222D08" w14:textId="77777777" w:rsidTr="000D6E32">
        <w:tc>
          <w:tcPr>
            <w:tcW w:w="5314" w:type="dxa"/>
            <w:gridSpan w:val="2"/>
          </w:tcPr>
          <w:p w14:paraId="516B6583" w14:textId="1F62BDC2" w:rsidR="000D6E32" w:rsidRPr="008450D3" w:rsidRDefault="000D6E32" w:rsidP="000D6E32">
            <w:pPr>
              <w:spacing w:after="0"/>
              <w:jc w:val="both"/>
              <w:rPr>
                <w:sz w:val="16"/>
                <w:szCs w:val="16"/>
              </w:rPr>
            </w:pPr>
            <w:r w:rsidRPr="008450D3">
              <w:rPr>
                <w:b/>
                <w:sz w:val="16"/>
                <w:szCs w:val="16"/>
              </w:rPr>
              <w:t>ACUSE DE RECIBO DE</w:t>
            </w:r>
            <w:r w:rsidR="002B4EDB">
              <w:rPr>
                <w:b/>
                <w:sz w:val="16"/>
                <w:szCs w:val="16"/>
              </w:rPr>
              <w:t xml:space="preserve"> </w:t>
            </w:r>
            <w:r w:rsidRPr="008450D3">
              <w:rPr>
                <w:b/>
                <w:sz w:val="16"/>
                <w:szCs w:val="16"/>
              </w:rPr>
              <w:t>L</w:t>
            </w:r>
            <w:r w:rsidR="002B4EDB">
              <w:rPr>
                <w:b/>
                <w:sz w:val="16"/>
                <w:szCs w:val="16"/>
              </w:rPr>
              <w:t>A COORDINACIÓN GENERAL DE COMUNICACIÓN DE GOBIERNO DEL ESTADO DE QROO</w:t>
            </w:r>
            <w:r w:rsidRPr="008450D3">
              <w:rPr>
                <w:b/>
                <w:color w:val="C00000"/>
                <w:sz w:val="16"/>
                <w:szCs w:val="16"/>
              </w:rPr>
              <w:t>.</w:t>
            </w:r>
          </w:p>
        </w:tc>
      </w:tr>
      <w:tr w:rsidR="000D6E32" w:rsidRPr="008450D3" w14:paraId="002AB3FE" w14:textId="77777777" w:rsidTr="000D6E32">
        <w:tc>
          <w:tcPr>
            <w:tcW w:w="2657" w:type="dxa"/>
          </w:tcPr>
          <w:p w14:paraId="5A264899" w14:textId="77777777" w:rsidR="000D6E32" w:rsidRPr="008450D3" w:rsidRDefault="000D6E32" w:rsidP="000D6E32">
            <w:pPr>
              <w:spacing w:after="0"/>
              <w:jc w:val="both"/>
              <w:rPr>
                <w:sz w:val="16"/>
                <w:szCs w:val="16"/>
              </w:rPr>
            </w:pPr>
            <w:r w:rsidRPr="008450D3">
              <w:rPr>
                <w:sz w:val="16"/>
                <w:szCs w:val="16"/>
              </w:rPr>
              <w:t>Nombre y firma de la persona servidora pública:</w:t>
            </w:r>
          </w:p>
        </w:tc>
        <w:tc>
          <w:tcPr>
            <w:tcW w:w="2657" w:type="dxa"/>
          </w:tcPr>
          <w:p w14:paraId="09BBF45F" w14:textId="77777777" w:rsidR="000D6E32" w:rsidRPr="008450D3" w:rsidRDefault="000D6E32" w:rsidP="000D6E32">
            <w:pPr>
              <w:spacing w:after="0"/>
              <w:rPr>
                <w:sz w:val="16"/>
                <w:szCs w:val="16"/>
              </w:rPr>
            </w:pPr>
          </w:p>
          <w:p w14:paraId="0A9A8B60" w14:textId="77777777" w:rsidR="000D6E32" w:rsidRPr="008450D3" w:rsidRDefault="000D6E32" w:rsidP="000D6E32">
            <w:pPr>
              <w:spacing w:after="0"/>
              <w:rPr>
                <w:sz w:val="16"/>
                <w:szCs w:val="16"/>
              </w:rPr>
            </w:pPr>
          </w:p>
          <w:p w14:paraId="65E19174" w14:textId="77777777" w:rsidR="000D6E32" w:rsidRPr="008450D3" w:rsidRDefault="000D6E32" w:rsidP="000D6E32">
            <w:pPr>
              <w:spacing w:after="0"/>
              <w:rPr>
                <w:sz w:val="16"/>
                <w:szCs w:val="16"/>
              </w:rPr>
            </w:pPr>
          </w:p>
          <w:p w14:paraId="1995F618" w14:textId="77777777" w:rsidR="000D6E32" w:rsidRPr="008450D3" w:rsidRDefault="000D6E32" w:rsidP="000D6E32">
            <w:pPr>
              <w:spacing w:after="0"/>
              <w:rPr>
                <w:sz w:val="16"/>
                <w:szCs w:val="16"/>
              </w:rPr>
            </w:pPr>
          </w:p>
          <w:p w14:paraId="290EC03A" w14:textId="77777777" w:rsidR="000D6E32" w:rsidRPr="008450D3" w:rsidRDefault="000D6E32" w:rsidP="000D6E32">
            <w:pPr>
              <w:spacing w:after="0"/>
              <w:rPr>
                <w:sz w:val="16"/>
                <w:szCs w:val="16"/>
              </w:rPr>
            </w:pPr>
          </w:p>
          <w:p w14:paraId="35F12BD1" w14:textId="77777777" w:rsidR="000D6E32" w:rsidRPr="008450D3" w:rsidRDefault="000D6E32" w:rsidP="000D6E32">
            <w:pPr>
              <w:spacing w:after="0"/>
              <w:jc w:val="center"/>
              <w:rPr>
                <w:sz w:val="16"/>
                <w:szCs w:val="16"/>
              </w:rPr>
            </w:pPr>
            <w:r w:rsidRPr="008450D3">
              <w:rPr>
                <w:sz w:val="16"/>
                <w:szCs w:val="16"/>
              </w:rPr>
              <w:t>(Sello de recibido)</w:t>
            </w:r>
          </w:p>
        </w:tc>
      </w:tr>
    </w:tbl>
    <w:p w14:paraId="6B75A4B7" w14:textId="3A00F7D1" w:rsidR="009C1506" w:rsidRPr="008450D3" w:rsidRDefault="009C1506" w:rsidP="009C1506">
      <w:pPr>
        <w:spacing w:after="0" w:line="240" w:lineRule="auto"/>
        <w:rPr>
          <w:color w:val="C00000"/>
        </w:rPr>
      </w:pPr>
    </w:p>
    <w:p w14:paraId="75EADA33" w14:textId="77777777" w:rsidR="00537786" w:rsidRPr="008450D3" w:rsidRDefault="00537786" w:rsidP="009C1506">
      <w:pPr>
        <w:spacing w:after="0" w:line="240" w:lineRule="auto"/>
        <w:rPr>
          <w:sz w:val="14"/>
          <w:szCs w:val="14"/>
        </w:rPr>
      </w:pPr>
      <w:r w:rsidRPr="008450D3">
        <w:rPr>
          <w:sz w:val="14"/>
          <w:szCs w:val="14"/>
        </w:rPr>
        <w:t xml:space="preserve">                                            </w:t>
      </w:r>
    </w:p>
    <w:p w14:paraId="6DA2D102" w14:textId="77777777" w:rsidR="00FA3555" w:rsidRPr="008450D3" w:rsidRDefault="00FA3555" w:rsidP="009C1506">
      <w:pPr>
        <w:spacing w:after="0" w:line="240" w:lineRule="auto"/>
        <w:rPr>
          <w:sz w:val="14"/>
          <w:szCs w:val="14"/>
        </w:rPr>
      </w:pPr>
    </w:p>
    <w:tbl>
      <w:tblPr>
        <w:tblW w:w="10368" w:type="dxa"/>
        <w:jc w:val="center"/>
        <w:tblBorders>
          <w:top w:val="single" w:sz="6" w:space="0" w:color="707070"/>
          <w:left w:val="single" w:sz="6" w:space="0" w:color="707070"/>
          <w:bottom w:val="single" w:sz="6" w:space="0" w:color="707070"/>
          <w:right w:val="single" w:sz="6" w:space="0" w:color="707070"/>
          <w:insideH w:val="single" w:sz="6" w:space="0" w:color="707070"/>
          <w:insideV w:val="single" w:sz="6" w:space="0" w:color="707070"/>
        </w:tblBorders>
        <w:tblLayout w:type="fixed"/>
        <w:tblLook w:val="04A0" w:firstRow="1" w:lastRow="0" w:firstColumn="1" w:lastColumn="0" w:noHBand="0" w:noVBand="1"/>
      </w:tblPr>
      <w:tblGrid>
        <w:gridCol w:w="10368"/>
      </w:tblGrid>
      <w:tr w:rsidR="00AF6946" w:rsidRPr="008450D3" w14:paraId="7A05E388" w14:textId="77777777" w:rsidTr="00816D65">
        <w:trPr>
          <w:trHeight w:val="219"/>
          <w:jc w:val="center"/>
        </w:trPr>
        <w:tc>
          <w:tcPr>
            <w:tcW w:w="10368" w:type="dxa"/>
            <w:shd w:val="clear" w:color="auto" w:fill="F2F2F2" w:themeFill="background1" w:themeFillShade="F2"/>
          </w:tcPr>
          <w:p w14:paraId="5DF779BB" w14:textId="5AA53C50" w:rsidR="00AF6946" w:rsidRDefault="00AF6946" w:rsidP="00816D65">
            <w:pPr>
              <w:spacing w:after="0" w:line="240" w:lineRule="auto"/>
              <w:jc w:val="center"/>
              <w:rPr>
                <w:b/>
              </w:rPr>
            </w:pPr>
            <w:r w:rsidRPr="00AF6946">
              <w:rPr>
                <w:b/>
              </w:rPr>
              <w:t>INFORMACIÓN GENERAL DE CARÁCTER ORIENTADOR</w:t>
            </w:r>
          </w:p>
        </w:tc>
      </w:tr>
      <w:tr w:rsidR="00AF6946" w:rsidRPr="008450D3" w14:paraId="6C6846DE" w14:textId="77777777" w:rsidTr="00AF6946">
        <w:trPr>
          <w:trHeight w:val="553"/>
          <w:jc w:val="center"/>
        </w:trPr>
        <w:tc>
          <w:tcPr>
            <w:tcW w:w="10368" w:type="dxa"/>
          </w:tcPr>
          <w:p w14:paraId="27CBF670" w14:textId="685BF3CB" w:rsidR="00205591" w:rsidRDefault="00205591" w:rsidP="00816D65">
            <w:pPr>
              <w:spacing w:after="0" w:line="240" w:lineRule="auto"/>
              <w:jc w:val="both"/>
              <w:rPr>
                <w:b/>
                <w:sz w:val="16"/>
                <w:szCs w:val="16"/>
              </w:rPr>
            </w:pPr>
            <w:r w:rsidRPr="00C56CFE">
              <w:rPr>
                <w:b/>
                <w:sz w:val="16"/>
                <w:szCs w:val="16"/>
              </w:rPr>
              <w:t xml:space="preserve">MEDIOS PARA ACREDITAR LA IDENTIDAD DE </w:t>
            </w:r>
            <w:r>
              <w:rPr>
                <w:b/>
                <w:sz w:val="16"/>
                <w:szCs w:val="16"/>
              </w:rPr>
              <w:t xml:space="preserve">PERSONA MENOR DE EDAD </w:t>
            </w:r>
            <w:r w:rsidRPr="00C56CFE">
              <w:rPr>
                <w:b/>
                <w:sz w:val="16"/>
                <w:szCs w:val="16"/>
              </w:rPr>
              <w:t>TITULAR DE LOS DATOS PERSONALES</w:t>
            </w:r>
          </w:p>
          <w:p w14:paraId="375F25C7" w14:textId="72441F4A" w:rsidR="006D6AF9" w:rsidRPr="006D6AF9" w:rsidRDefault="00205591" w:rsidP="00816D65">
            <w:pPr>
              <w:spacing w:after="0" w:line="240" w:lineRule="auto"/>
              <w:jc w:val="both"/>
              <w:rPr>
                <w:b/>
                <w:sz w:val="16"/>
                <w:szCs w:val="16"/>
              </w:rPr>
            </w:pPr>
            <w:r>
              <w:rPr>
                <w:bCs/>
                <w:sz w:val="16"/>
                <w:szCs w:val="16"/>
              </w:rPr>
              <w:t xml:space="preserve">La identidad de las personas menores de edad se podrá acreditar mediante su acta de nacimiento, Clave Única de Registro de Población, credenciales expedidas por instituciones educativas o instituciones de seguridad social, pasaporte, </w:t>
            </w:r>
            <w:r w:rsidR="006D6AF9">
              <w:rPr>
                <w:bCs/>
                <w:sz w:val="16"/>
                <w:szCs w:val="16"/>
              </w:rPr>
              <w:t>o cualquier otro documento oficial utilizado para tal fin.</w:t>
            </w:r>
          </w:p>
          <w:p w14:paraId="25E6AB1F" w14:textId="289CDB1F" w:rsidR="006D6AF9" w:rsidRDefault="006D6AF9" w:rsidP="00816D65">
            <w:pPr>
              <w:spacing w:after="0" w:line="240" w:lineRule="auto"/>
              <w:jc w:val="both"/>
              <w:rPr>
                <w:bCs/>
                <w:sz w:val="16"/>
                <w:szCs w:val="16"/>
              </w:rPr>
            </w:pPr>
            <w:r w:rsidRPr="006D6AF9">
              <w:rPr>
                <w:bCs/>
                <w:sz w:val="16"/>
                <w:szCs w:val="16"/>
              </w:rPr>
              <w:t xml:space="preserve">Niñas, niños y adolescentes de </w:t>
            </w:r>
            <w:r w:rsidRPr="006D6AF9">
              <w:rPr>
                <w:b/>
                <w:sz w:val="16"/>
                <w:szCs w:val="16"/>
              </w:rPr>
              <w:t>nacionalidad extranjera</w:t>
            </w:r>
            <w:r w:rsidRPr="006D6AF9">
              <w:rPr>
                <w:bCs/>
                <w:sz w:val="16"/>
                <w:szCs w:val="16"/>
              </w:rPr>
              <w:t xml:space="preserve"> que se encuentren en territorio nacional, tienen derecho a comprobar su identidad con los documentos emitidos por la autoridad competente u otros medios previstos en la Ley de Migración y demás disposiciones aplicables. </w:t>
            </w:r>
          </w:p>
          <w:p w14:paraId="02179306" w14:textId="77777777" w:rsidR="00816D65" w:rsidRDefault="00816D65" w:rsidP="00816D65">
            <w:pPr>
              <w:spacing w:after="0" w:line="240" w:lineRule="auto"/>
              <w:jc w:val="both"/>
              <w:rPr>
                <w:b/>
                <w:sz w:val="16"/>
                <w:szCs w:val="16"/>
              </w:rPr>
            </w:pPr>
          </w:p>
          <w:p w14:paraId="5E039A03" w14:textId="21277747" w:rsidR="00205591" w:rsidRDefault="00205591" w:rsidP="00816D65">
            <w:pPr>
              <w:spacing w:after="0" w:line="240" w:lineRule="auto"/>
              <w:jc w:val="both"/>
              <w:rPr>
                <w:b/>
                <w:sz w:val="16"/>
                <w:szCs w:val="16"/>
              </w:rPr>
            </w:pPr>
            <w:r w:rsidRPr="00C56CFE">
              <w:rPr>
                <w:b/>
                <w:sz w:val="16"/>
                <w:szCs w:val="16"/>
              </w:rPr>
              <w:t xml:space="preserve">MEDIOS PARA ACREDITAR LA IDENTIDAD DE </w:t>
            </w:r>
            <w:r>
              <w:rPr>
                <w:b/>
                <w:sz w:val="16"/>
                <w:szCs w:val="16"/>
              </w:rPr>
              <w:t xml:space="preserve">PERSONA QUE </w:t>
            </w:r>
            <w:r w:rsidRPr="00205591">
              <w:rPr>
                <w:b/>
                <w:sz w:val="16"/>
                <w:szCs w:val="16"/>
              </w:rPr>
              <w:t>REQUIERA APOYOS PARA EL EJERCICIO DE SU CAPACIDAD JURÍDICA</w:t>
            </w:r>
          </w:p>
          <w:p w14:paraId="22148B8A" w14:textId="1CF20614" w:rsidR="00C56CFE" w:rsidRPr="00205591" w:rsidRDefault="00205591" w:rsidP="00816D65">
            <w:pPr>
              <w:spacing w:after="0" w:line="240" w:lineRule="auto"/>
              <w:jc w:val="both"/>
              <w:rPr>
                <w:bCs/>
                <w:sz w:val="16"/>
                <w:szCs w:val="16"/>
              </w:rPr>
            </w:pPr>
            <w:r>
              <w:rPr>
                <w:bCs/>
                <w:sz w:val="16"/>
                <w:szCs w:val="16"/>
              </w:rPr>
              <w:t xml:space="preserve">La identidad de la persona que requiere apoyos para el ejercicio de su capacidad </w:t>
            </w:r>
            <w:r w:rsidR="006D6AF9">
              <w:rPr>
                <w:bCs/>
                <w:sz w:val="16"/>
                <w:szCs w:val="16"/>
              </w:rPr>
              <w:t>jurídica</w:t>
            </w:r>
            <w:r>
              <w:rPr>
                <w:bCs/>
                <w:sz w:val="16"/>
                <w:szCs w:val="16"/>
              </w:rPr>
              <w:t xml:space="preserve"> se podrá acreditar mediante su acta de nacimiento, Clave Única de Registro de Población, pasaporte</w:t>
            </w:r>
            <w:r w:rsidR="006D6AF9">
              <w:rPr>
                <w:bCs/>
                <w:sz w:val="16"/>
                <w:szCs w:val="16"/>
              </w:rPr>
              <w:t xml:space="preserve">, </w:t>
            </w:r>
            <w:r>
              <w:rPr>
                <w:bCs/>
                <w:sz w:val="16"/>
                <w:szCs w:val="16"/>
              </w:rPr>
              <w:t>o cualquier otro documento o identificación oficial expedida para tal fin.</w:t>
            </w:r>
          </w:p>
          <w:p w14:paraId="73F733FF" w14:textId="593FC3D8" w:rsidR="00C56CFE" w:rsidRDefault="00397B0F" w:rsidP="00816D65">
            <w:pPr>
              <w:spacing w:after="0" w:line="240" w:lineRule="auto"/>
              <w:jc w:val="both"/>
              <w:rPr>
                <w:sz w:val="16"/>
                <w:szCs w:val="16"/>
              </w:rPr>
            </w:pPr>
            <w:r w:rsidRPr="00C56CFE">
              <w:rPr>
                <w:sz w:val="16"/>
                <w:szCs w:val="16"/>
              </w:rPr>
              <w:t>Tratándose de la persona representante, además de acreditar su identidad</w:t>
            </w:r>
            <w:r w:rsidR="00C56CFE">
              <w:rPr>
                <w:sz w:val="16"/>
                <w:szCs w:val="16"/>
              </w:rPr>
              <w:t>, a través de las identificaciones oficiales antes mencionadas</w:t>
            </w:r>
            <w:r w:rsidRPr="00C56CFE">
              <w:rPr>
                <w:sz w:val="16"/>
                <w:szCs w:val="16"/>
              </w:rPr>
              <w:t xml:space="preserve">, deberá presentar el </w:t>
            </w:r>
            <w:r w:rsidR="00C56CFE" w:rsidRPr="00C56CFE">
              <w:rPr>
                <w:sz w:val="16"/>
                <w:szCs w:val="16"/>
              </w:rPr>
              <w:t>Instrumento Público</w:t>
            </w:r>
            <w:r w:rsidR="00C56CFE">
              <w:rPr>
                <w:sz w:val="16"/>
                <w:szCs w:val="16"/>
              </w:rPr>
              <w:t xml:space="preserve"> o </w:t>
            </w:r>
            <w:r w:rsidR="00C56CFE" w:rsidRPr="00C56CFE">
              <w:rPr>
                <w:sz w:val="16"/>
                <w:szCs w:val="16"/>
              </w:rPr>
              <w:t>Carta Poder simple</w:t>
            </w:r>
            <w:r w:rsidR="00C56CFE">
              <w:rPr>
                <w:sz w:val="16"/>
                <w:szCs w:val="16"/>
              </w:rPr>
              <w:t>, en los cuales se acrediten las facultades de representación</w:t>
            </w:r>
            <w:r w:rsidR="00C56CFE" w:rsidRPr="00C56CFE">
              <w:rPr>
                <w:sz w:val="16"/>
                <w:szCs w:val="16"/>
              </w:rPr>
              <w:t>, firmada ante dos testigos anexando copia simple de las identificaciones oficiales de quienes intervengan en la suscripción de este, o declaración en compare</w:t>
            </w:r>
            <w:r w:rsidR="008B14FA">
              <w:rPr>
                <w:sz w:val="16"/>
                <w:szCs w:val="16"/>
              </w:rPr>
              <w:t>ce</w:t>
            </w:r>
            <w:r w:rsidR="00C56CFE" w:rsidRPr="00C56CFE">
              <w:rPr>
                <w:sz w:val="16"/>
                <w:szCs w:val="16"/>
              </w:rPr>
              <w:t>ncia personal de la persona titular de los datos personales.</w:t>
            </w:r>
          </w:p>
          <w:p w14:paraId="67E6B80C" w14:textId="77777777" w:rsidR="00C56CFE" w:rsidRDefault="00C56CFE" w:rsidP="00816D65">
            <w:pPr>
              <w:spacing w:after="0" w:line="240" w:lineRule="auto"/>
              <w:jc w:val="both"/>
              <w:rPr>
                <w:sz w:val="16"/>
                <w:szCs w:val="16"/>
              </w:rPr>
            </w:pPr>
          </w:p>
          <w:p w14:paraId="21F9BCFF" w14:textId="0025B2FA" w:rsidR="00397B0F" w:rsidRPr="00C56CFE" w:rsidRDefault="00397B0F" w:rsidP="00816D65">
            <w:pPr>
              <w:spacing w:after="0" w:line="240" w:lineRule="auto"/>
              <w:jc w:val="both"/>
              <w:rPr>
                <w:sz w:val="16"/>
                <w:szCs w:val="16"/>
              </w:rPr>
            </w:pPr>
            <w:r w:rsidRPr="00C56CFE">
              <w:rPr>
                <w:sz w:val="16"/>
                <w:szCs w:val="16"/>
              </w:rPr>
              <w:t xml:space="preserve">Asimismo, la persona titular de los datos personales y, en su caso, su representante, podrán acreditar su identidad y personalidad mediante comparecencia personal ante </w:t>
            </w:r>
            <w:r w:rsidR="002B4EDB">
              <w:rPr>
                <w:sz w:val="16"/>
                <w:szCs w:val="16"/>
              </w:rPr>
              <w:t>la</w:t>
            </w:r>
            <w:r w:rsidRPr="00C56CFE">
              <w:rPr>
                <w:sz w:val="16"/>
                <w:szCs w:val="16"/>
              </w:rPr>
              <w:t xml:space="preserve"> </w:t>
            </w:r>
            <w:r w:rsidR="002B4EDB">
              <w:rPr>
                <w:sz w:val="16"/>
                <w:szCs w:val="16"/>
              </w:rPr>
              <w:t>Coordinación General de Comunicación de Gobierno del Estado de Quintana Roo</w:t>
            </w:r>
            <w:r w:rsidRPr="00BF4757">
              <w:rPr>
                <w:sz w:val="16"/>
                <w:szCs w:val="16"/>
              </w:rPr>
              <w:t>,</w:t>
            </w:r>
            <w:r w:rsidRPr="00C56CFE">
              <w:rPr>
                <w:color w:val="C00000"/>
                <w:sz w:val="16"/>
                <w:szCs w:val="16"/>
              </w:rPr>
              <w:t xml:space="preserve"> </w:t>
            </w:r>
            <w:r w:rsidRPr="00C56CFE">
              <w:rPr>
                <w:sz w:val="16"/>
                <w:szCs w:val="16"/>
              </w:rPr>
              <w:t>en los términos de la normativa aplicable.</w:t>
            </w:r>
          </w:p>
          <w:p w14:paraId="6C0457BB" w14:textId="77777777" w:rsidR="00C56CFE" w:rsidRDefault="00C56CFE" w:rsidP="00816D65">
            <w:pPr>
              <w:spacing w:after="0" w:line="240" w:lineRule="auto"/>
              <w:jc w:val="both"/>
              <w:rPr>
                <w:sz w:val="16"/>
                <w:szCs w:val="16"/>
              </w:rPr>
            </w:pPr>
            <w:r w:rsidRPr="00C56CFE">
              <w:rPr>
                <w:sz w:val="16"/>
                <w:szCs w:val="16"/>
              </w:rPr>
              <w:t xml:space="preserve">Para acreditar la representación legal o, en su caso, la personalidad de quien actúe en nombre de </w:t>
            </w:r>
            <w:r w:rsidRPr="00C56CFE">
              <w:rPr>
                <w:b/>
                <w:bCs/>
                <w:sz w:val="16"/>
                <w:szCs w:val="16"/>
              </w:rPr>
              <w:t>una persona menor de edad, de una persona con discapacidad que requiera apoyos para el ejercicio de su capacidad jurídica, o de una persona fallecida</w:t>
            </w:r>
            <w:r w:rsidRPr="00C56CFE">
              <w:rPr>
                <w:sz w:val="16"/>
                <w:szCs w:val="16"/>
              </w:rPr>
              <w:t>, se deberá presentar la documentación que corresponda, atendiendo a las circunstancias particulares de cada caso:</w:t>
            </w:r>
          </w:p>
          <w:p w14:paraId="056F7D52" w14:textId="77777777" w:rsidR="00816D65" w:rsidRDefault="00816D65" w:rsidP="00816D65">
            <w:pPr>
              <w:spacing w:after="0" w:line="240" w:lineRule="auto"/>
              <w:jc w:val="both"/>
              <w:rPr>
                <w:b/>
                <w:bCs/>
                <w:sz w:val="16"/>
                <w:szCs w:val="16"/>
              </w:rPr>
            </w:pPr>
          </w:p>
          <w:p w14:paraId="7831F0B6" w14:textId="5ACCFF6A" w:rsidR="000D6E32" w:rsidRDefault="000D6E32" w:rsidP="00816D65">
            <w:pPr>
              <w:spacing w:after="0" w:line="240" w:lineRule="auto"/>
              <w:jc w:val="both"/>
              <w:rPr>
                <w:b/>
                <w:bCs/>
                <w:sz w:val="16"/>
                <w:szCs w:val="16"/>
              </w:rPr>
            </w:pPr>
            <w:r w:rsidRPr="000D6E32">
              <w:rPr>
                <w:b/>
                <w:bCs/>
                <w:sz w:val="16"/>
                <w:szCs w:val="16"/>
              </w:rPr>
              <w:t xml:space="preserve">Acreditación de menores de edad cuando sus padres ejercen la patria potestad </w:t>
            </w:r>
          </w:p>
          <w:p w14:paraId="03D68F6F" w14:textId="74666EA5" w:rsidR="00AF6946" w:rsidRPr="000D6E32" w:rsidRDefault="00AF6946" w:rsidP="00816D65">
            <w:pPr>
              <w:spacing w:after="0" w:line="240" w:lineRule="auto"/>
              <w:jc w:val="both"/>
              <w:rPr>
                <w:b/>
                <w:bCs/>
                <w:sz w:val="16"/>
                <w:szCs w:val="16"/>
              </w:rPr>
            </w:pPr>
            <w:r w:rsidRPr="00C56CFE">
              <w:rPr>
                <w:sz w:val="16"/>
                <w:szCs w:val="16"/>
              </w:rPr>
              <w:t>En el caso de que los padres tengan la patria potestad de</w:t>
            </w:r>
            <w:r w:rsidR="000D6E32">
              <w:rPr>
                <w:sz w:val="16"/>
                <w:szCs w:val="16"/>
              </w:rPr>
              <w:t xml:space="preserve"> la niña, niño o adolescente</w:t>
            </w:r>
            <w:r w:rsidRPr="00C56CFE">
              <w:rPr>
                <w:sz w:val="16"/>
                <w:szCs w:val="16"/>
              </w:rPr>
              <w:t xml:space="preserve"> y sean los que presenten el recurso de revisión, además de acreditar la identidad del </w:t>
            </w:r>
            <w:r w:rsidR="000D6E32" w:rsidRPr="00C56CFE">
              <w:rPr>
                <w:sz w:val="16"/>
                <w:szCs w:val="16"/>
              </w:rPr>
              <w:t xml:space="preserve">menor </w:t>
            </w:r>
            <w:r w:rsidR="000D6E32">
              <w:rPr>
                <w:sz w:val="16"/>
                <w:szCs w:val="16"/>
              </w:rPr>
              <w:t xml:space="preserve">de edad, </w:t>
            </w:r>
            <w:r w:rsidRPr="00C56CFE">
              <w:rPr>
                <w:sz w:val="16"/>
                <w:szCs w:val="16"/>
              </w:rPr>
              <w:t>deberán presentar los siguientes documentos:</w:t>
            </w:r>
          </w:p>
          <w:p w14:paraId="003A6B3B" w14:textId="6BAE4FC9" w:rsidR="000D6E32" w:rsidRDefault="00AF6946" w:rsidP="00816D65">
            <w:pPr>
              <w:pStyle w:val="Prrafodelista"/>
              <w:numPr>
                <w:ilvl w:val="0"/>
                <w:numId w:val="20"/>
              </w:numPr>
              <w:spacing w:after="0" w:line="240" w:lineRule="auto"/>
              <w:jc w:val="both"/>
              <w:rPr>
                <w:sz w:val="16"/>
                <w:szCs w:val="16"/>
              </w:rPr>
            </w:pPr>
            <w:r w:rsidRPr="000D6E32">
              <w:rPr>
                <w:sz w:val="16"/>
                <w:szCs w:val="16"/>
              </w:rPr>
              <w:t>Acta de nacimiento de la persona menor de edad</w:t>
            </w:r>
            <w:r w:rsidR="000D6E32">
              <w:rPr>
                <w:sz w:val="16"/>
                <w:szCs w:val="16"/>
              </w:rPr>
              <w:t xml:space="preserve"> y</w:t>
            </w:r>
            <w:r w:rsidRPr="000D6E32">
              <w:rPr>
                <w:sz w:val="16"/>
                <w:szCs w:val="16"/>
              </w:rPr>
              <w:t>;</w:t>
            </w:r>
          </w:p>
          <w:p w14:paraId="6D032D9A" w14:textId="77777777" w:rsidR="000D6E32" w:rsidRDefault="00AF6946" w:rsidP="00816D65">
            <w:pPr>
              <w:pStyle w:val="Prrafodelista"/>
              <w:numPr>
                <w:ilvl w:val="0"/>
                <w:numId w:val="20"/>
              </w:numPr>
              <w:spacing w:after="0" w:line="240" w:lineRule="auto"/>
              <w:jc w:val="both"/>
              <w:rPr>
                <w:sz w:val="16"/>
                <w:szCs w:val="16"/>
              </w:rPr>
            </w:pPr>
            <w:r w:rsidRPr="000D6E32">
              <w:rPr>
                <w:sz w:val="16"/>
                <w:szCs w:val="16"/>
              </w:rPr>
              <w:t>Documento de identificación oficial del padre o de la madre que pretenda ejercer el derecho, y</w:t>
            </w:r>
          </w:p>
          <w:p w14:paraId="53AC6A42" w14:textId="77777777" w:rsidR="000D6E32" w:rsidRDefault="000D6E32" w:rsidP="00816D65">
            <w:pPr>
              <w:pStyle w:val="Prrafodelista"/>
              <w:numPr>
                <w:ilvl w:val="0"/>
                <w:numId w:val="20"/>
              </w:numPr>
              <w:spacing w:after="0" w:line="240" w:lineRule="auto"/>
              <w:jc w:val="both"/>
              <w:rPr>
                <w:sz w:val="16"/>
                <w:szCs w:val="16"/>
              </w:rPr>
            </w:pPr>
            <w:r w:rsidRPr="000D6E32">
              <w:rPr>
                <w:sz w:val="16"/>
                <w:szCs w:val="16"/>
              </w:rPr>
              <w:t>Carta bajo protesta de decir verdad, mediante la cual se manifieste que el padre o la madre, según corresponda, ejerce la patria potestad sobre la persona menor de edad y que ésta no se encuentra sujeta a alguno de los supuestos legales de suspensión, pérdida o limitación de la patria potestad.</w:t>
            </w:r>
          </w:p>
          <w:p w14:paraId="7CEAE7D6" w14:textId="77777777" w:rsidR="00816D65" w:rsidRDefault="00816D65" w:rsidP="00816D65">
            <w:pPr>
              <w:spacing w:after="0" w:line="240" w:lineRule="auto"/>
              <w:jc w:val="both"/>
              <w:rPr>
                <w:b/>
                <w:bCs/>
                <w:sz w:val="16"/>
                <w:szCs w:val="16"/>
              </w:rPr>
            </w:pPr>
          </w:p>
          <w:p w14:paraId="3B05F82A" w14:textId="2ADD0A8F" w:rsidR="000D6E32" w:rsidRDefault="000D6E32" w:rsidP="00816D65">
            <w:pPr>
              <w:spacing w:after="0" w:line="240" w:lineRule="auto"/>
              <w:jc w:val="both"/>
              <w:rPr>
                <w:b/>
                <w:bCs/>
                <w:sz w:val="16"/>
                <w:szCs w:val="16"/>
              </w:rPr>
            </w:pPr>
            <w:r w:rsidRPr="000D6E32">
              <w:rPr>
                <w:b/>
                <w:bCs/>
                <w:sz w:val="16"/>
                <w:szCs w:val="16"/>
              </w:rPr>
              <w:t xml:space="preserve">Acreditación de menores de edad cuando </w:t>
            </w:r>
            <w:r>
              <w:rPr>
                <w:b/>
                <w:bCs/>
                <w:sz w:val="16"/>
                <w:szCs w:val="16"/>
              </w:rPr>
              <w:t xml:space="preserve">una persona distinta a </w:t>
            </w:r>
            <w:r w:rsidRPr="000D6E32">
              <w:rPr>
                <w:b/>
                <w:bCs/>
                <w:sz w:val="16"/>
                <w:szCs w:val="16"/>
              </w:rPr>
              <w:t xml:space="preserve">sus padres ejerce la patria potestad </w:t>
            </w:r>
          </w:p>
          <w:p w14:paraId="2D63B10E" w14:textId="579B2464" w:rsidR="000D6E32" w:rsidRDefault="000D6E32" w:rsidP="00816D65">
            <w:pPr>
              <w:spacing w:after="0" w:line="240" w:lineRule="auto"/>
              <w:jc w:val="both"/>
              <w:rPr>
                <w:sz w:val="16"/>
                <w:szCs w:val="16"/>
              </w:rPr>
            </w:pPr>
            <w:r>
              <w:rPr>
                <w:sz w:val="16"/>
                <w:szCs w:val="16"/>
              </w:rPr>
              <w:t>Cuando la persona titular sea menor de edad y su patria potestad la ejerce una persona distinta a los padres y ésta sea quien presente el recurso de revisión de datos personales</w:t>
            </w:r>
            <w:r w:rsidR="00C823B4">
              <w:rPr>
                <w:sz w:val="16"/>
                <w:szCs w:val="16"/>
              </w:rPr>
              <w:t>, además de acreditar la identidad del menor de edad se deberá acreditar la identidad y representación de la persona mediante los siguientes documentos:</w:t>
            </w:r>
          </w:p>
          <w:p w14:paraId="6CE2B700" w14:textId="77777777" w:rsidR="00C823B4" w:rsidRDefault="00C823B4" w:rsidP="00816D65">
            <w:pPr>
              <w:pStyle w:val="Prrafodelista"/>
              <w:numPr>
                <w:ilvl w:val="0"/>
                <w:numId w:val="21"/>
              </w:numPr>
              <w:spacing w:after="0" w:line="240" w:lineRule="auto"/>
              <w:jc w:val="both"/>
              <w:rPr>
                <w:sz w:val="16"/>
                <w:szCs w:val="16"/>
              </w:rPr>
            </w:pPr>
            <w:r w:rsidRPr="00C823B4">
              <w:rPr>
                <w:sz w:val="16"/>
                <w:szCs w:val="16"/>
              </w:rPr>
              <w:t>Acta de nacimiento del menor de edad;</w:t>
            </w:r>
          </w:p>
          <w:p w14:paraId="5CD14F06" w14:textId="77777777" w:rsidR="00C823B4" w:rsidRDefault="00C823B4" w:rsidP="00816D65">
            <w:pPr>
              <w:pStyle w:val="Prrafodelista"/>
              <w:numPr>
                <w:ilvl w:val="0"/>
                <w:numId w:val="21"/>
              </w:numPr>
              <w:spacing w:after="0" w:line="240" w:lineRule="auto"/>
              <w:jc w:val="both"/>
              <w:rPr>
                <w:sz w:val="16"/>
                <w:szCs w:val="16"/>
              </w:rPr>
            </w:pPr>
            <w:r>
              <w:rPr>
                <w:sz w:val="16"/>
                <w:szCs w:val="16"/>
              </w:rPr>
              <w:t>D</w:t>
            </w:r>
            <w:r w:rsidRPr="00C823B4">
              <w:rPr>
                <w:sz w:val="16"/>
                <w:szCs w:val="16"/>
              </w:rPr>
              <w:t>ocumento legal que acredite la</w:t>
            </w:r>
            <w:r>
              <w:rPr>
                <w:sz w:val="16"/>
                <w:szCs w:val="16"/>
              </w:rPr>
              <w:t xml:space="preserve"> patria potestad y, </w:t>
            </w:r>
          </w:p>
          <w:p w14:paraId="0DEAD74A" w14:textId="77777777" w:rsidR="00C823B4" w:rsidRDefault="00C823B4" w:rsidP="00816D65">
            <w:pPr>
              <w:pStyle w:val="Prrafodelista"/>
              <w:numPr>
                <w:ilvl w:val="0"/>
                <w:numId w:val="21"/>
              </w:numPr>
              <w:spacing w:after="0" w:line="240" w:lineRule="auto"/>
              <w:jc w:val="both"/>
              <w:rPr>
                <w:sz w:val="16"/>
                <w:szCs w:val="16"/>
              </w:rPr>
            </w:pPr>
            <w:r w:rsidRPr="00C823B4">
              <w:rPr>
                <w:sz w:val="16"/>
                <w:szCs w:val="16"/>
              </w:rPr>
              <w:t xml:space="preserve">Documento de identificación oficial </w:t>
            </w:r>
            <w:r>
              <w:rPr>
                <w:sz w:val="16"/>
                <w:szCs w:val="16"/>
              </w:rPr>
              <w:t>de quien ejerce la patria potestad.</w:t>
            </w:r>
          </w:p>
          <w:p w14:paraId="17FB5508" w14:textId="7C0A0D1D" w:rsidR="00C823B4" w:rsidRPr="00205591" w:rsidRDefault="00C823B4" w:rsidP="00816D65">
            <w:pPr>
              <w:pStyle w:val="Prrafodelista"/>
              <w:numPr>
                <w:ilvl w:val="0"/>
                <w:numId w:val="21"/>
              </w:numPr>
              <w:spacing w:after="0" w:line="240" w:lineRule="auto"/>
              <w:jc w:val="both"/>
              <w:rPr>
                <w:sz w:val="16"/>
                <w:szCs w:val="16"/>
              </w:rPr>
            </w:pPr>
            <w:r w:rsidRPr="00C823B4">
              <w:rPr>
                <w:sz w:val="16"/>
                <w:szCs w:val="16"/>
              </w:rPr>
              <w:t>Carta bajo protesta de decir verdad, mediante la cual se manifieste que se ejerce la patria potestad sobre la persona menor de edad y que ésta no se encuentra sujeta a alguno de los supuestos legales de suspensión, pérdida o limitación de la patria potestad.</w:t>
            </w:r>
          </w:p>
          <w:p w14:paraId="5800ECF3" w14:textId="77777777" w:rsidR="00816D65" w:rsidRDefault="00816D65" w:rsidP="00816D65">
            <w:pPr>
              <w:spacing w:after="0" w:line="240" w:lineRule="auto"/>
              <w:jc w:val="both"/>
              <w:rPr>
                <w:b/>
                <w:bCs/>
                <w:sz w:val="16"/>
                <w:szCs w:val="16"/>
              </w:rPr>
            </w:pPr>
          </w:p>
          <w:p w14:paraId="1F0FB15E" w14:textId="2D09474C" w:rsidR="00C823B4" w:rsidRDefault="00C823B4" w:rsidP="00816D65">
            <w:pPr>
              <w:spacing w:after="0" w:line="240" w:lineRule="auto"/>
              <w:jc w:val="both"/>
              <w:rPr>
                <w:b/>
                <w:bCs/>
                <w:sz w:val="16"/>
                <w:szCs w:val="16"/>
              </w:rPr>
            </w:pPr>
            <w:r w:rsidRPr="000D6E32">
              <w:rPr>
                <w:b/>
                <w:bCs/>
                <w:sz w:val="16"/>
                <w:szCs w:val="16"/>
              </w:rPr>
              <w:t xml:space="preserve">Acreditación de menores de edad cuando </w:t>
            </w:r>
            <w:r>
              <w:rPr>
                <w:b/>
                <w:bCs/>
                <w:sz w:val="16"/>
                <w:szCs w:val="16"/>
              </w:rPr>
              <w:t>son representados por un tutor</w:t>
            </w:r>
          </w:p>
          <w:p w14:paraId="2BFC5B66" w14:textId="5FC63DAA" w:rsidR="00C823B4" w:rsidRDefault="00C823B4" w:rsidP="00816D65">
            <w:pPr>
              <w:spacing w:after="0" w:line="240" w:lineRule="auto"/>
              <w:jc w:val="both"/>
              <w:rPr>
                <w:sz w:val="16"/>
                <w:szCs w:val="16"/>
              </w:rPr>
            </w:pPr>
            <w:r w:rsidRPr="00C823B4">
              <w:rPr>
                <w:sz w:val="16"/>
                <w:szCs w:val="16"/>
              </w:rPr>
              <w:t xml:space="preserve">Cuando </w:t>
            </w:r>
            <w:r>
              <w:rPr>
                <w:sz w:val="16"/>
                <w:szCs w:val="16"/>
              </w:rPr>
              <w:t>la persona titular</w:t>
            </w:r>
            <w:r w:rsidRPr="00C823B4">
              <w:rPr>
                <w:sz w:val="16"/>
                <w:szCs w:val="16"/>
              </w:rPr>
              <w:t xml:space="preserve"> sea un menor de edad </w:t>
            </w:r>
            <w:r>
              <w:rPr>
                <w:sz w:val="16"/>
                <w:szCs w:val="16"/>
              </w:rPr>
              <w:t>y el recurso de revisión lo</w:t>
            </w:r>
            <w:r w:rsidRPr="00C823B4">
              <w:rPr>
                <w:sz w:val="16"/>
                <w:szCs w:val="16"/>
              </w:rPr>
              <w:t xml:space="preserve"> presente su tutor, además de acreditar la identidad del menor</w:t>
            </w:r>
            <w:r>
              <w:rPr>
                <w:sz w:val="16"/>
                <w:szCs w:val="16"/>
              </w:rPr>
              <w:t xml:space="preserve"> de edad</w:t>
            </w:r>
            <w:r w:rsidRPr="00C823B4">
              <w:rPr>
                <w:sz w:val="16"/>
                <w:szCs w:val="16"/>
              </w:rPr>
              <w:t>, el tutor deberá acreditar su identidad y representación mediante los siguientes documentos:</w:t>
            </w:r>
          </w:p>
          <w:p w14:paraId="4EFFCF13" w14:textId="46B7FA92" w:rsidR="00C823B4" w:rsidRPr="00C823B4" w:rsidRDefault="00C823B4" w:rsidP="00816D65">
            <w:pPr>
              <w:pStyle w:val="Prrafodelista"/>
              <w:numPr>
                <w:ilvl w:val="0"/>
                <w:numId w:val="22"/>
              </w:numPr>
              <w:spacing w:after="0" w:line="240" w:lineRule="auto"/>
              <w:jc w:val="both"/>
              <w:rPr>
                <w:sz w:val="16"/>
                <w:szCs w:val="16"/>
              </w:rPr>
            </w:pPr>
            <w:r w:rsidRPr="00C823B4">
              <w:rPr>
                <w:sz w:val="16"/>
                <w:szCs w:val="16"/>
              </w:rPr>
              <w:t xml:space="preserve">Acta de nacimiento del menor de edad; </w:t>
            </w:r>
          </w:p>
          <w:p w14:paraId="28182F09" w14:textId="77777777" w:rsidR="00C823B4" w:rsidRDefault="00C823B4" w:rsidP="00816D65">
            <w:pPr>
              <w:pStyle w:val="Prrafodelista"/>
              <w:numPr>
                <w:ilvl w:val="0"/>
                <w:numId w:val="22"/>
              </w:numPr>
              <w:spacing w:after="0" w:line="240" w:lineRule="auto"/>
              <w:jc w:val="both"/>
              <w:rPr>
                <w:sz w:val="16"/>
                <w:szCs w:val="16"/>
              </w:rPr>
            </w:pPr>
            <w:r w:rsidRPr="00C823B4">
              <w:rPr>
                <w:sz w:val="16"/>
                <w:szCs w:val="16"/>
              </w:rPr>
              <w:t>Documento legal que acredite la tutela, y</w:t>
            </w:r>
            <w:r>
              <w:rPr>
                <w:sz w:val="16"/>
                <w:szCs w:val="16"/>
              </w:rPr>
              <w:t>;</w:t>
            </w:r>
          </w:p>
          <w:p w14:paraId="39B1C403" w14:textId="6DC7E139" w:rsidR="00C823B4" w:rsidRDefault="00C823B4" w:rsidP="00816D65">
            <w:pPr>
              <w:pStyle w:val="Prrafodelista"/>
              <w:numPr>
                <w:ilvl w:val="0"/>
                <w:numId w:val="22"/>
              </w:numPr>
              <w:spacing w:after="0" w:line="240" w:lineRule="auto"/>
              <w:jc w:val="both"/>
              <w:rPr>
                <w:sz w:val="16"/>
                <w:szCs w:val="16"/>
              </w:rPr>
            </w:pPr>
            <w:r w:rsidRPr="00C823B4">
              <w:rPr>
                <w:sz w:val="16"/>
                <w:szCs w:val="16"/>
              </w:rPr>
              <w:t>Documento de identificación oficial del tutor.</w:t>
            </w:r>
          </w:p>
          <w:p w14:paraId="60C35F93" w14:textId="727488D0" w:rsidR="00C823B4" w:rsidRPr="00C823B4" w:rsidRDefault="00C823B4" w:rsidP="00816D65">
            <w:pPr>
              <w:pStyle w:val="Prrafodelista"/>
              <w:numPr>
                <w:ilvl w:val="0"/>
                <w:numId w:val="22"/>
              </w:numPr>
              <w:spacing w:after="0" w:line="240" w:lineRule="auto"/>
              <w:jc w:val="both"/>
              <w:rPr>
                <w:sz w:val="16"/>
                <w:szCs w:val="16"/>
              </w:rPr>
            </w:pPr>
            <w:r w:rsidRPr="00C823B4">
              <w:rPr>
                <w:sz w:val="16"/>
                <w:szCs w:val="16"/>
              </w:rPr>
              <w:t>Carta bajo protesta de decir verdad, mediante la cual se manifieste que se ejerce la tutela sobre la persona correspondiente y que no se encuentra sujet</w:t>
            </w:r>
            <w:r w:rsidR="00A76B86">
              <w:rPr>
                <w:sz w:val="16"/>
                <w:szCs w:val="16"/>
              </w:rPr>
              <w:t>a</w:t>
            </w:r>
            <w:r w:rsidRPr="00C823B4">
              <w:rPr>
                <w:sz w:val="16"/>
                <w:szCs w:val="16"/>
              </w:rPr>
              <w:t xml:space="preserve"> a alguno de los supuestos legales de suspensión, remoción o terminación de la tutela.</w:t>
            </w:r>
          </w:p>
          <w:p w14:paraId="27BC484C" w14:textId="77777777" w:rsidR="00816D65" w:rsidRDefault="00816D65" w:rsidP="00816D65">
            <w:pPr>
              <w:spacing w:after="0" w:line="240" w:lineRule="auto"/>
              <w:jc w:val="both"/>
              <w:rPr>
                <w:b/>
                <w:bCs/>
                <w:sz w:val="16"/>
                <w:szCs w:val="16"/>
              </w:rPr>
            </w:pPr>
          </w:p>
          <w:p w14:paraId="5697AC77" w14:textId="368F04EA" w:rsidR="00C823B4" w:rsidRDefault="00C823B4" w:rsidP="00816D65">
            <w:pPr>
              <w:spacing w:after="0" w:line="240" w:lineRule="auto"/>
              <w:jc w:val="both"/>
              <w:rPr>
                <w:b/>
                <w:bCs/>
                <w:sz w:val="16"/>
                <w:szCs w:val="16"/>
              </w:rPr>
            </w:pPr>
            <w:r w:rsidRPr="000D6E32">
              <w:rPr>
                <w:b/>
                <w:bCs/>
                <w:sz w:val="16"/>
                <w:szCs w:val="16"/>
              </w:rPr>
              <w:t>Acreditación de</w:t>
            </w:r>
            <w:r>
              <w:rPr>
                <w:b/>
                <w:bCs/>
                <w:sz w:val="16"/>
                <w:szCs w:val="16"/>
              </w:rPr>
              <w:t xml:space="preserve"> </w:t>
            </w:r>
            <w:r w:rsidRPr="00C56CFE">
              <w:rPr>
                <w:b/>
                <w:bCs/>
                <w:sz w:val="16"/>
                <w:szCs w:val="16"/>
              </w:rPr>
              <w:t>persona con discapacidad que requiera apoyos para el ejercicio de su capacidad jurídica</w:t>
            </w:r>
          </w:p>
          <w:p w14:paraId="799983D0" w14:textId="77777777" w:rsidR="00C823B4" w:rsidRDefault="00C823B4" w:rsidP="00816D65">
            <w:pPr>
              <w:spacing w:after="0" w:line="240" w:lineRule="auto"/>
              <w:jc w:val="both"/>
              <w:rPr>
                <w:sz w:val="16"/>
                <w:szCs w:val="16"/>
              </w:rPr>
            </w:pPr>
            <w:r w:rsidRPr="00C823B4">
              <w:rPr>
                <w:sz w:val="16"/>
                <w:szCs w:val="16"/>
              </w:rPr>
              <w:t xml:space="preserve">Cuando </w:t>
            </w:r>
            <w:r>
              <w:rPr>
                <w:sz w:val="16"/>
                <w:szCs w:val="16"/>
              </w:rPr>
              <w:t xml:space="preserve">la persona </w:t>
            </w:r>
            <w:r w:rsidRPr="00C823B4">
              <w:rPr>
                <w:sz w:val="16"/>
                <w:szCs w:val="16"/>
              </w:rPr>
              <w:t xml:space="preserve">titular </w:t>
            </w:r>
            <w:r>
              <w:rPr>
                <w:sz w:val="16"/>
                <w:szCs w:val="16"/>
              </w:rPr>
              <w:t xml:space="preserve">de los datos personales </w:t>
            </w:r>
            <w:r w:rsidRPr="00C823B4">
              <w:rPr>
                <w:sz w:val="16"/>
                <w:szCs w:val="16"/>
              </w:rPr>
              <w:t xml:space="preserve">sea una persona con discapacidad que requiera apoyos para el ejercicio de su capacidad jurídica, además de acreditar la identidad de la persona, su representante deberá acreditar su identidad y representación mediante los siguientes documentos: </w:t>
            </w:r>
          </w:p>
          <w:p w14:paraId="4AFA9D0C" w14:textId="06928465" w:rsidR="00C823B4" w:rsidRDefault="000C5D0F" w:rsidP="00816D65">
            <w:pPr>
              <w:pStyle w:val="Prrafodelista"/>
              <w:numPr>
                <w:ilvl w:val="0"/>
                <w:numId w:val="24"/>
              </w:numPr>
              <w:spacing w:after="0" w:line="240" w:lineRule="auto"/>
              <w:jc w:val="both"/>
              <w:rPr>
                <w:sz w:val="16"/>
                <w:szCs w:val="16"/>
              </w:rPr>
            </w:pPr>
            <w:r>
              <w:rPr>
                <w:sz w:val="16"/>
                <w:szCs w:val="16"/>
              </w:rPr>
              <w:t>E</w:t>
            </w:r>
            <w:r w:rsidRPr="000C5D0F">
              <w:rPr>
                <w:sz w:val="16"/>
                <w:szCs w:val="16"/>
              </w:rPr>
              <w:t>scrituras públicas de designación de apoyos o resoluciones judiciales de provisión de apoyos</w:t>
            </w:r>
            <w:r w:rsidR="00DE59CB">
              <w:rPr>
                <w:sz w:val="16"/>
                <w:szCs w:val="16"/>
              </w:rPr>
              <w:t>.</w:t>
            </w:r>
          </w:p>
          <w:p w14:paraId="4B13EDD4" w14:textId="65706375" w:rsidR="00C823B4" w:rsidRPr="000C5D0F" w:rsidRDefault="000C5D0F" w:rsidP="00816D65">
            <w:pPr>
              <w:pStyle w:val="Prrafodelista"/>
              <w:numPr>
                <w:ilvl w:val="0"/>
                <w:numId w:val="24"/>
              </w:numPr>
              <w:spacing w:after="0" w:line="240" w:lineRule="auto"/>
              <w:jc w:val="both"/>
              <w:rPr>
                <w:sz w:val="16"/>
                <w:szCs w:val="16"/>
              </w:rPr>
            </w:pPr>
            <w:r>
              <w:rPr>
                <w:sz w:val="16"/>
                <w:szCs w:val="16"/>
              </w:rPr>
              <w:t>Identificación oficial de la persona designada como apoyo.</w:t>
            </w:r>
          </w:p>
          <w:p w14:paraId="31AC45F3" w14:textId="5C63E557" w:rsidR="00D66A73" w:rsidRDefault="00D66A73" w:rsidP="00816D65">
            <w:pPr>
              <w:spacing w:after="0" w:line="240" w:lineRule="auto"/>
              <w:jc w:val="both"/>
              <w:rPr>
                <w:b/>
                <w:bCs/>
                <w:sz w:val="16"/>
                <w:szCs w:val="16"/>
              </w:rPr>
            </w:pPr>
            <w:r w:rsidRPr="000D6E32">
              <w:rPr>
                <w:b/>
                <w:bCs/>
                <w:sz w:val="16"/>
                <w:szCs w:val="16"/>
              </w:rPr>
              <w:t>Acreditación de</w:t>
            </w:r>
            <w:r>
              <w:rPr>
                <w:b/>
                <w:bCs/>
                <w:sz w:val="16"/>
                <w:szCs w:val="16"/>
              </w:rPr>
              <w:t xml:space="preserve"> las personas vinculadas a personas fallecidas</w:t>
            </w:r>
          </w:p>
          <w:p w14:paraId="5891700E" w14:textId="5BCE9AE5" w:rsidR="00D66A73" w:rsidRDefault="00D66A73" w:rsidP="00816D65">
            <w:pPr>
              <w:spacing w:after="0" w:line="240" w:lineRule="auto"/>
              <w:jc w:val="both"/>
              <w:rPr>
                <w:sz w:val="16"/>
                <w:szCs w:val="16"/>
              </w:rPr>
            </w:pPr>
            <w:r w:rsidRPr="00D66A73">
              <w:rPr>
                <w:sz w:val="16"/>
                <w:szCs w:val="16"/>
              </w:rPr>
              <w:t>En términos de los artículos 4</w:t>
            </w:r>
            <w:r>
              <w:rPr>
                <w:sz w:val="16"/>
                <w:szCs w:val="16"/>
              </w:rPr>
              <w:t>3</w:t>
            </w:r>
            <w:r w:rsidRPr="00D66A73">
              <w:rPr>
                <w:sz w:val="16"/>
                <w:szCs w:val="16"/>
              </w:rPr>
              <w:t xml:space="preserve">, último párrafo, de la </w:t>
            </w:r>
            <w:r w:rsidR="002E1E23" w:rsidRPr="00C56CFE">
              <w:rPr>
                <w:sz w:val="16"/>
                <w:szCs w:val="16"/>
              </w:rPr>
              <w:t xml:space="preserve">Ley General de Protección de Datos Personales en Posesión de Sujetos Obligados </w:t>
            </w:r>
            <w:r w:rsidRPr="00D66A73">
              <w:rPr>
                <w:sz w:val="16"/>
                <w:szCs w:val="16"/>
              </w:rPr>
              <w:t xml:space="preserve">y </w:t>
            </w:r>
            <w:r>
              <w:rPr>
                <w:sz w:val="16"/>
                <w:szCs w:val="16"/>
              </w:rPr>
              <w:t>49, último párrafo de la Ley de Protección de Datos Personales en Posesión de Sujetos Obligados del Estado de Quintana Roo</w:t>
            </w:r>
            <w:r w:rsidRPr="00D66A73">
              <w:rPr>
                <w:sz w:val="16"/>
                <w:szCs w:val="16"/>
              </w:rPr>
              <w:t xml:space="preserve">, la persona que </w:t>
            </w:r>
            <w:r w:rsidRPr="00D66A73">
              <w:rPr>
                <w:sz w:val="16"/>
                <w:szCs w:val="16"/>
              </w:rPr>
              <w:lastRenderedPageBreak/>
              <w:t>acredite tener un interés jurídico</w:t>
            </w:r>
            <w:r>
              <w:rPr>
                <w:sz w:val="16"/>
                <w:szCs w:val="16"/>
              </w:rPr>
              <w:t xml:space="preserve">, de conformidad con las leyes aplicables, podrá presentar recurso de revisión, siempre que la persona titular de los derechos hubiere expresado fehacientemente su voluntad en tal sentido o que exista un mandato judicial para dicho efecto, de ser así, deberá presentar </w:t>
            </w:r>
            <w:r w:rsidRPr="00D66A73">
              <w:rPr>
                <w:sz w:val="16"/>
                <w:szCs w:val="16"/>
              </w:rPr>
              <w:t xml:space="preserve">ante el responsable los siguientes documentos: </w:t>
            </w:r>
          </w:p>
          <w:p w14:paraId="78A35C21" w14:textId="49483D14" w:rsidR="00D66A73" w:rsidRPr="00D66A73" w:rsidRDefault="00D66A73" w:rsidP="00816D65">
            <w:pPr>
              <w:pStyle w:val="Prrafodelista"/>
              <w:numPr>
                <w:ilvl w:val="0"/>
                <w:numId w:val="26"/>
              </w:numPr>
              <w:spacing w:after="0" w:line="240" w:lineRule="auto"/>
              <w:jc w:val="both"/>
              <w:rPr>
                <w:sz w:val="16"/>
                <w:szCs w:val="16"/>
              </w:rPr>
            </w:pPr>
            <w:r w:rsidRPr="00D66A73">
              <w:rPr>
                <w:sz w:val="16"/>
                <w:szCs w:val="16"/>
              </w:rPr>
              <w:t>Acta de defunción de</w:t>
            </w:r>
            <w:r w:rsidR="002E1E23">
              <w:rPr>
                <w:sz w:val="16"/>
                <w:szCs w:val="16"/>
              </w:rPr>
              <w:t xml:space="preserve"> </w:t>
            </w:r>
            <w:r w:rsidRPr="00D66A73">
              <w:rPr>
                <w:sz w:val="16"/>
                <w:szCs w:val="16"/>
              </w:rPr>
              <w:t>l</w:t>
            </w:r>
            <w:r w:rsidR="002E1E23">
              <w:rPr>
                <w:sz w:val="16"/>
                <w:szCs w:val="16"/>
              </w:rPr>
              <w:t>a persona</w:t>
            </w:r>
            <w:r w:rsidRPr="00D66A73">
              <w:rPr>
                <w:sz w:val="16"/>
                <w:szCs w:val="16"/>
              </w:rPr>
              <w:t xml:space="preserve"> titular; </w:t>
            </w:r>
          </w:p>
          <w:p w14:paraId="659E8F67" w14:textId="06A2B844" w:rsidR="00D66A73" w:rsidRPr="00D66A73" w:rsidRDefault="00D66A73" w:rsidP="00816D65">
            <w:pPr>
              <w:pStyle w:val="Prrafodelista"/>
              <w:numPr>
                <w:ilvl w:val="0"/>
                <w:numId w:val="26"/>
              </w:numPr>
              <w:spacing w:after="0" w:line="240" w:lineRule="auto"/>
              <w:jc w:val="both"/>
              <w:rPr>
                <w:sz w:val="16"/>
                <w:szCs w:val="16"/>
              </w:rPr>
            </w:pPr>
            <w:r w:rsidRPr="00D66A73">
              <w:rPr>
                <w:sz w:val="16"/>
                <w:szCs w:val="16"/>
              </w:rPr>
              <w:t>Documentos que acrediten el interés jurídico de</w:t>
            </w:r>
            <w:r w:rsidRPr="00C56CFE">
              <w:rPr>
                <w:sz w:val="16"/>
                <w:szCs w:val="16"/>
              </w:rPr>
              <w:t xml:space="preserve"> quien presenta el recurso de revisión.</w:t>
            </w:r>
          </w:p>
          <w:p w14:paraId="7285F643" w14:textId="7EF90637" w:rsidR="00D66A73" w:rsidRPr="00D66A73" w:rsidRDefault="00D66A73" w:rsidP="00816D65">
            <w:pPr>
              <w:pStyle w:val="Prrafodelista"/>
              <w:numPr>
                <w:ilvl w:val="0"/>
                <w:numId w:val="26"/>
              </w:numPr>
              <w:spacing w:after="0" w:line="240" w:lineRule="auto"/>
              <w:jc w:val="both"/>
              <w:rPr>
                <w:sz w:val="16"/>
                <w:szCs w:val="16"/>
              </w:rPr>
            </w:pPr>
            <w:r w:rsidRPr="00D66A73">
              <w:rPr>
                <w:sz w:val="16"/>
                <w:szCs w:val="16"/>
              </w:rPr>
              <w:t xml:space="preserve">Documento de identificación oficial de quien </w:t>
            </w:r>
            <w:r w:rsidRPr="00C56CFE">
              <w:rPr>
                <w:sz w:val="16"/>
                <w:szCs w:val="16"/>
              </w:rPr>
              <w:t>presenta el recurso de revisión.</w:t>
            </w:r>
          </w:p>
          <w:p w14:paraId="5B45FAFB" w14:textId="77777777" w:rsidR="00816D65" w:rsidRDefault="00816D65" w:rsidP="00816D65">
            <w:pPr>
              <w:spacing w:after="0" w:line="240" w:lineRule="auto"/>
              <w:jc w:val="both"/>
              <w:rPr>
                <w:b/>
                <w:sz w:val="16"/>
                <w:szCs w:val="16"/>
              </w:rPr>
            </w:pPr>
          </w:p>
          <w:p w14:paraId="6D7C0A79" w14:textId="5700F864" w:rsidR="00AF6946" w:rsidRPr="00C56CFE" w:rsidRDefault="00AF6946" w:rsidP="00816D65">
            <w:pPr>
              <w:spacing w:after="0" w:line="240" w:lineRule="auto"/>
              <w:jc w:val="both"/>
              <w:rPr>
                <w:sz w:val="16"/>
                <w:szCs w:val="16"/>
              </w:rPr>
            </w:pPr>
            <w:r w:rsidRPr="00C56CFE">
              <w:rPr>
                <w:b/>
                <w:sz w:val="16"/>
                <w:szCs w:val="16"/>
              </w:rPr>
              <w:t>OBSERVACIONES:</w:t>
            </w:r>
          </w:p>
          <w:p w14:paraId="41D46C07" w14:textId="77777777" w:rsidR="00205591" w:rsidRDefault="00AF6946" w:rsidP="00816D65">
            <w:pPr>
              <w:pStyle w:val="Prrafodelista"/>
              <w:numPr>
                <w:ilvl w:val="0"/>
                <w:numId w:val="28"/>
              </w:numPr>
              <w:spacing w:after="0" w:line="240" w:lineRule="auto"/>
              <w:jc w:val="both"/>
              <w:rPr>
                <w:sz w:val="16"/>
                <w:szCs w:val="16"/>
              </w:rPr>
            </w:pPr>
            <w:r w:rsidRPr="00205591">
              <w:rPr>
                <w:sz w:val="16"/>
                <w:szCs w:val="16"/>
              </w:rPr>
              <w:t>No es necesario que la persona titular ratifique el Recurso de Revisión interpuesto.</w:t>
            </w:r>
          </w:p>
          <w:p w14:paraId="60AA1042" w14:textId="7E3F705B" w:rsidR="00205591" w:rsidRDefault="00AF6946" w:rsidP="00816D65">
            <w:pPr>
              <w:pStyle w:val="Prrafodelista"/>
              <w:numPr>
                <w:ilvl w:val="0"/>
                <w:numId w:val="28"/>
              </w:numPr>
              <w:spacing w:after="0" w:line="240" w:lineRule="auto"/>
              <w:jc w:val="both"/>
              <w:rPr>
                <w:sz w:val="16"/>
                <w:szCs w:val="16"/>
              </w:rPr>
            </w:pPr>
            <w:r w:rsidRPr="00205591">
              <w:rPr>
                <w:sz w:val="16"/>
                <w:szCs w:val="16"/>
              </w:rPr>
              <w:t>Las resoluciones de</w:t>
            </w:r>
            <w:r w:rsidR="002E1E23">
              <w:rPr>
                <w:sz w:val="16"/>
                <w:szCs w:val="16"/>
              </w:rPr>
              <w:t xml:space="preserve"> la Autoridad Garante Estatal</w:t>
            </w:r>
            <w:r w:rsidRPr="00205591">
              <w:rPr>
                <w:sz w:val="16"/>
                <w:szCs w:val="16"/>
              </w:rPr>
              <w:t xml:space="preserve"> serán vinculantes, definitivas e </w:t>
            </w:r>
            <w:r w:rsidR="00205591" w:rsidRPr="00205591">
              <w:rPr>
                <w:sz w:val="16"/>
                <w:szCs w:val="16"/>
              </w:rPr>
              <w:t>inatacables</w:t>
            </w:r>
            <w:r w:rsidRPr="00205591">
              <w:rPr>
                <w:sz w:val="16"/>
                <w:szCs w:val="16"/>
              </w:rPr>
              <w:t xml:space="preserve"> para los responsables.</w:t>
            </w:r>
          </w:p>
          <w:p w14:paraId="4EF6C820" w14:textId="4DCA443D" w:rsidR="00AF6946" w:rsidRPr="00205591" w:rsidRDefault="00AF6946" w:rsidP="00816D65">
            <w:pPr>
              <w:pStyle w:val="Prrafodelista"/>
              <w:numPr>
                <w:ilvl w:val="0"/>
                <w:numId w:val="28"/>
              </w:numPr>
              <w:spacing w:after="0" w:line="240" w:lineRule="auto"/>
              <w:jc w:val="both"/>
              <w:rPr>
                <w:sz w:val="16"/>
                <w:szCs w:val="16"/>
              </w:rPr>
            </w:pPr>
            <w:r w:rsidRPr="00205591">
              <w:rPr>
                <w:sz w:val="16"/>
                <w:szCs w:val="16"/>
              </w:rPr>
              <w:t>Las personas titulares por sí mismas o a través de su representante, podrán impugnar dichas resoluciones ante los jueces y tribunales especializados en materia de datos personales establecidos por el Poder Judicial de la Federación mediante el juicio de amparo.</w:t>
            </w:r>
          </w:p>
        </w:tc>
      </w:tr>
      <w:tr w:rsidR="00C76C54" w:rsidRPr="008450D3" w14:paraId="0CBC1CBD" w14:textId="77777777" w:rsidTr="00AF6946">
        <w:trPr>
          <w:trHeight w:val="553"/>
          <w:jc w:val="center"/>
        </w:trPr>
        <w:tc>
          <w:tcPr>
            <w:tcW w:w="10368" w:type="dxa"/>
            <w:shd w:val="clear" w:color="auto" w:fill="F2F2F2" w:themeFill="background1" w:themeFillShade="F2"/>
          </w:tcPr>
          <w:p w14:paraId="317C685A" w14:textId="307CF261" w:rsidR="00C76C54" w:rsidRPr="00C56CFE" w:rsidRDefault="00AF6946" w:rsidP="0063462C">
            <w:pPr>
              <w:spacing w:after="0" w:line="240" w:lineRule="auto"/>
              <w:jc w:val="center"/>
              <w:rPr>
                <w:sz w:val="16"/>
                <w:szCs w:val="16"/>
              </w:rPr>
            </w:pPr>
            <w:r w:rsidRPr="00C56CFE">
              <w:rPr>
                <w:b/>
                <w:sz w:val="16"/>
                <w:szCs w:val="16"/>
              </w:rPr>
              <w:lastRenderedPageBreak/>
              <w:t>AVISO DE PRIVACIDAD SIMPLIFICADO PARA LA INTERPOSICIÓN DEL RECURSO DE REVISIÓN EN MATERIA DE PROTECCIÓN DE DATOS PERSONALES EN POSESIÓN DE SUJETOS OBLIGADOS.</w:t>
            </w:r>
          </w:p>
        </w:tc>
      </w:tr>
      <w:tr w:rsidR="00C76C54" w:rsidRPr="008450D3" w14:paraId="423C4FEB" w14:textId="77777777" w:rsidTr="00F55433">
        <w:trPr>
          <w:jc w:val="center"/>
        </w:trPr>
        <w:tc>
          <w:tcPr>
            <w:tcW w:w="10368" w:type="dxa"/>
          </w:tcPr>
          <w:p w14:paraId="710BD0AF" w14:textId="77777777" w:rsidR="003D551B" w:rsidRPr="00816D65" w:rsidRDefault="003D551B" w:rsidP="00AF6946">
            <w:pPr>
              <w:spacing w:after="0" w:line="240" w:lineRule="auto"/>
              <w:jc w:val="both"/>
              <w:rPr>
                <w:sz w:val="14"/>
                <w:szCs w:val="14"/>
              </w:rPr>
            </w:pPr>
          </w:p>
          <w:p w14:paraId="7A7421AE" w14:textId="4BDABCA2" w:rsidR="00AF6946" w:rsidRPr="00816D65" w:rsidRDefault="00AF6946" w:rsidP="00AF6946">
            <w:pPr>
              <w:spacing w:after="0" w:line="240" w:lineRule="auto"/>
              <w:jc w:val="both"/>
              <w:rPr>
                <w:sz w:val="14"/>
                <w:szCs w:val="14"/>
              </w:rPr>
            </w:pPr>
            <w:r w:rsidRPr="00816D65">
              <w:rPr>
                <w:sz w:val="14"/>
                <w:szCs w:val="14"/>
              </w:rPr>
              <w:t>En cumplimiento a la Ley General de Protección de Datos Personales en Posesión de Sujetos Obligados y la Ley de Protección de Datos Personales en Posesión de Sujetos Obligados del Estado de Quintana Roo, l</w:t>
            </w:r>
            <w:r w:rsidR="00A90A09">
              <w:rPr>
                <w:sz w:val="14"/>
                <w:szCs w:val="14"/>
              </w:rPr>
              <w:t>a</w:t>
            </w:r>
            <w:r w:rsidRPr="00816D65">
              <w:rPr>
                <w:sz w:val="14"/>
                <w:szCs w:val="14"/>
              </w:rPr>
              <w:t xml:space="preserve"> </w:t>
            </w:r>
            <w:r w:rsidR="00A90A09">
              <w:rPr>
                <w:rFonts w:cs="Arial"/>
                <w:sz w:val="13"/>
                <w:szCs w:val="13"/>
              </w:rPr>
              <w:t>Coordinación General de Comunicación de Gobierno del Estado de Quintana Roo</w:t>
            </w:r>
            <w:r w:rsidRPr="00816D65">
              <w:rPr>
                <w:sz w:val="14"/>
                <w:szCs w:val="14"/>
              </w:rPr>
              <w:t xml:space="preserve">, con domicilio ubicado en </w:t>
            </w:r>
            <w:r w:rsidR="00A23B32">
              <w:rPr>
                <w:bCs/>
                <w:sz w:val="13"/>
                <w:szCs w:val="13"/>
              </w:rPr>
              <w:t xml:space="preserve">el </w:t>
            </w:r>
            <w:r w:rsidR="00A23B32" w:rsidRPr="007C6F18">
              <w:rPr>
                <w:bCs/>
                <w:sz w:val="13"/>
                <w:szCs w:val="13"/>
              </w:rPr>
              <w:t>predio marcado con el número 134 de la Avenida Héroes de Chapultepec (planta baja) entre las Avenidas Héroes y Benito Juárez, Colonia Centro, C.P. 77000, de la Ciudad de Chetumal</w:t>
            </w:r>
            <w:r w:rsidRPr="00816D65">
              <w:rPr>
                <w:color w:val="C00000"/>
                <w:sz w:val="14"/>
                <w:szCs w:val="14"/>
              </w:rPr>
              <w:t xml:space="preserve"> </w:t>
            </w:r>
            <w:r w:rsidRPr="00816D65">
              <w:rPr>
                <w:sz w:val="14"/>
                <w:szCs w:val="14"/>
              </w:rPr>
              <w:t>en su calidad de Sujeto Obligado informa que es el responsable del tratamiento de los Datos Personales que proporcione, los cuales serán protegidos de conformidad con lo dispuesto en los citados ordenamientos y demás que resulten aplicables.</w:t>
            </w:r>
          </w:p>
          <w:p w14:paraId="04BCE82B" w14:textId="77777777" w:rsidR="00AF6946" w:rsidRPr="00816D65" w:rsidRDefault="00AF6946" w:rsidP="00AF6946">
            <w:pPr>
              <w:spacing w:after="0" w:line="240" w:lineRule="auto"/>
              <w:jc w:val="both"/>
              <w:rPr>
                <w:sz w:val="14"/>
                <w:szCs w:val="14"/>
              </w:rPr>
            </w:pPr>
          </w:p>
          <w:p w14:paraId="543D022D" w14:textId="77777777" w:rsidR="00AF6946" w:rsidRPr="00816D65" w:rsidRDefault="00AF6946" w:rsidP="00AF6946">
            <w:pPr>
              <w:spacing w:after="0" w:line="240" w:lineRule="auto"/>
              <w:jc w:val="both"/>
              <w:rPr>
                <w:sz w:val="14"/>
                <w:szCs w:val="14"/>
              </w:rPr>
            </w:pPr>
            <w:r w:rsidRPr="00816D65">
              <w:rPr>
                <w:b/>
                <w:sz w:val="14"/>
                <w:szCs w:val="14"/>
              </w:rPr>
              <w:t>¿Qué datos personales se recaban y para qué finalidad?</w:t>
            </w:r>
          </w:p>
          <w:p w14:paraId="2678AE01" w14:textId="36A0451F" w:rsidR="00AF6946" w:rsidRPr="00816D65" w:rsidRDefault="00836EED" w:rsidP="00AF6946">
            <w:pPr>
              <w:spacing w:after="0" w:line="240" w:lineRule="auto"/>
              <w:jc w:val="both"/>
              <w:rPr>
                <w:color w:val="C00000"/>
                <w:sz w:val="14"/>
                <w:szCs w:val="14"/>
              </w:rPr>
            </w:pPr>
            <w:r w:rsidRPr="00836EED">
              <w:rPr>
                <w:sz w:val="14"/>
                <w:szCs w:val="14"/>
              </w:rPr>
              <w:t xml:space="preserve">Sus datos personales que proporcione, al presentar un Recurso de Revisión en materia de protección de datos personales en posesión de sujetos obligados ante el o la </w:t>
            </w:r>
            <w:r w:rsidR="00A23B32">
              <w:rPr>
                <w:rFonts w:cs="Arial"/>
                <w:sz w:val="13"/>
                <w:szCs w:val="13"/>
              </w:rPr>
              <w:t>Coordinación General de Comunicación de Gobierno del Estado de Quintana Roo</w:t>
            </w:r>
            <w:r w:rsidRPr="00836EED">
              <w:rPr>
                <w:sz w:val="14"/>
                <w:szCs w:val="14"/>
              </w:rPr>
              <w:t>), tales como: nombre, firma o huella digital (dato sensible), en el documento de identificación oficial para acreditar su identidad y/o firma electrónica avanzada o del instrumento electrónico que lo sustituya, serán tratados exclusivamente para las siguientes finalidades:</w:t>
            </w:r>
          </w:p>
          <w:p w14:paraId="5EFC5A16" w14:textId="77777777" w:rsidR="00AF6946" w:rsidRPr="00816D65" w:rsidRDefault="00AF6946" w:rsidP="00AF6946">
            <w:pPr>
              <w:spacing w:after="0" w:line="240" w:lineRule="auto"/>
              <w:jc w:val="both"/>
              <w:rPr>
                <w:sz w:val="14"/>
                <w:szCs w:val="14"/>
              </w:rPr>
            </w:pPr>
          </w:p>
          <w:p w14:paraId="78EADE41" w14:textId="77777777" w:rsidR="00AF6946" w:rsidRPr="00816D65" w:rsidRDefault="00AF6946" w:rsidP="00AF6946">
            <w:pPr>
              <w:pStyle w:val="Prrafodelista"/>
              <w:numPr>
                <w:ilvl w:val="0"/>
                <w:numId w:val="16"/>
              </w:numPr>
              <w:spacing w:after="0" w:line="240" w:lineRule="auto"/>
              <w:jc w:val="both"/>
              <w:rPr>
                <w:sz w:val="14"/>
                <w:szCs w:val="14"/>
              </w:rPr>
            </w:pPr>
            <w:r w:rsidRPr="00816D65">
              <w:rPr>
                <w:sz w:val="14"/>
                <w:szCs w:val="14"/>
              </w:rPr>
              <w:t xml:space="preserve">Dar atención, tramitación y resolución al Recurso de Revisión de referencia, lo que implica llevar a cabo las acciones siguientes; </w:t>
            </w:r>
          </w:p>
          <w:p w14:paraId="663D0475" w14:textId="77777777" w:rsidR="00AF6946" w:rsidRPr="00816D65" w:rsidRDefault="00AF6946" w:rsidP="00AF6946">
            <w:pPr>
              <w:pStyle w:val="Prrafodelista"/>
              <w:numPr>
                <w:ilvl w:val="0"/>
                <w:numId w:val="16"/>
              </w:numPr>
              <w:spacing w:after="0" w:line="240" w:lineRule="auto"/>
              <w:jc w:val="both"/>
              <w:rPr>
                <w:sz w:val="14"/>
                <w:szCs w:val="14"/>
              </w:rPr>
            </w:pPr>
            <w:r w:rsidRPr="00816D65">
              <w:rPr>
                <w:sz w:val="14"/>
                <w:szCs w:val="14"/>
              </w:rPr>
              <w:t xml:space="preserve">Registrar, abrir y analizar el expediente respectivo; </w:t>
            </w:r>
          </w:p>
          <w:p w14:paraId="3CE2CFB5" w14:textId="77777777" w:rsidR="00AF6946" w:rsidRPr="00816D65" w:rsidRDefault="00AF6946" w:rsidP="00AF6946">
            <w:pPr>
              <w:pStyle w:val="Prrafodelista"/>
              <w:numPr>
                <w:ilvl w:val="0"/>
                <w:numId w:val="16"/>
              </w:numPr>
              <w:spacing w:after="0" w:line="240" w:lineRule="auto"/>
              <w:jc w:val="both"/>
              <w:rPr>
                <w:sz w:val="14"/>
                <w:szCs w:val="14"/>
              </w:rPr>
            </w:pPr>
            <w:r w:rsidRPr="00816D65">
              <w:rPr>
                <w:sz w:val="14"/>
                <w:szCs w:val="14"/>
              </w:rPr>
              <w:t xml:space="preserve">Decretar la prevención, admisión o desechamiento del Recurso de Revisión; </w:t>
            </w:r>
          </w:p>
          <w:p w14:paraId="1A21CDE9" w14:textId="77777777" w:rsidR="00AF6946" w:rsidRPr="00816D65" w:rsidRDefault="00AF6946" w:rsidP="00AF6946">
            <w:pPr>
              <w:pStyle w:val="Prrafodelista"/>
              <w:numPr>
                <w:ilvl w:val="0"/>
                <w:numId w:val="16"/>
              </w:numPr>
              <w:spacing w:after="0" w:line="240" w:lineRule="auto"/>
              <w:jc w:val="both"/>
              <w:rPr>
                <w:sz w:val="14"/>
                <w:szCs w:val="14"/>
              </w:rPr>
            </w:pPr>
            <w:r w:rsidRPr="00816D65">
              <w:rPr>
                <w:sz w:val="14"/>
                <w:szCs w:val="14"/>
              </w:rPr>
              <w:t xml:space="preserve">Sustanciar la contestación del Recurso, emplazar a audiencias y desahogar las demás etapas del procedimiento como la de Conciliación, en los términos previstos en la Ley de la materia aludida; </w:t>
            </w:r>
          </w:p>
          <w:p w14:paraId="0FC9CD82" w14:textId="15449E3A" w:rsidR="00AF6946" w:rsidRPr="00816D65" w:rsidRDefault="00AF6946" w:rsidP="00AF6946">
            <w:pPr>
              <w:pStyle w:val="Prrafodelista"/>
              <w:numPr>
                <w:ilvl w:val="0"/>
                <w:numId w:val="16"/>
              </w:numPr>
              <w:spacing w:after="0" w:line="240" w:lineRule="auto"/>
              <w:jc w:val="both"/>
              <w:rPr>
                <w:sz w:val="14"/>
                <w:szCs w:val="14"/>
              </w:rPr>
            </w:pPr>
            <w:r w:rsidRPr="00816D65">
              <w:rPr>
                <w:sz w:val="14"/>
                <w:szCs w:val="14"/>
              </w:rPr>
              <w:t>Elaborar los proyectos de resolución, así como realizar de manera personal o por medios electrónicos, las notificaciones y publicaciones que se deriven de dichas diligencias procesales.</w:t>
            </w:r>
          </w:p>
          <w:p w14:paraId="5DB23E1B" w14:textId="77777777" w:rsidR="00AF6946" w:rsidRPr="00816D65" w:rsidRDefault="00AF6946" w:rsidP="00621ED5">
            <w:pPr>
              <w:spacing w:after="0" w:line="240" w:lineRule="auto"/>
              <w:jc w:val="both"/>
              <w:rPr>
                <w:sz w:val="14"/>
                <w:szCs w:val="14"/>
              </w:rPr>
            </w:pPr>
          </w:p>
          <w:p w14:paraId="07BAFAC0" w14:textId="77777777" w:rsidR="00AF6946" w:rsidRPr="00816D65" w:rsidRDefault="00AF6946" w:rsidP="00AF6946">
            <w:pPr>
              <w:spacing w:after="0" w:line="240" w:lineRule="auto"/>
              <w:jc w:val="both"/>
              <w:rPr>
                <w:sz w:val="14"/>
                <w:szCs w:val="14"/>
              </w:rPr>
            </w:pPr>
            <w:r w:rsidRPr="00816D65">
              <w:rPr>
                <w:b/>
                <w:sz w:val="14"/>
                <w:szCs w:val="14"/>
              </w:rPr>
              <w:t>Transferencia de Datos Personales</w:t>
            </w:r>
          </w:p>
          <w:p w14:paraId="2B324109" w14:textId="252804B9" w:rsidR="00AF6946" w:rsidRPr="00816D65" w:rsidRDefault="00AF6946" w:rsidP="00AF6946">
            <w:pPr>
              <w:spacing w:after="0" w:line="240" w:lineRule="auto"/>
              <w:jc w:val="both"/>
              <w:rPr>
                <w:sz w:val="14"/>
                <w:szCs w:val="14"/>
              </w:rPr>
            </w:pPr>
            <w:r w:rsidRPr="00816D65">
              <w:rPr>
                <w:sz w:val="14"/>
                <w:szCs w:val="14"/>
              </w:rPr>
              <w:t xml:space="preserve">Se realizarán transferencias entre las partes que intervienen en </w:t>
            </w:r>
            <w:r w:rsidR="00621ED5" w:rsidRPr="00816D65">
              <w:rPr>
                <w:sz w:val="14"/>
                <w:szCs w:val="14"/>
              </w:rPr>
              <w:t xml:space="preserve">el recurso de revisión </w:t>
            </w:r>
            <w:r w:rsidRPr="00816D65">
              <w:rPr>
                <w:sz w:val="14"/>
                <w:szCs w:val="14"/>
              </w:rPr>
              <w:t>y los responsables, en el ejercicio de facultades propias, compatibles y análogas con la finalidad de darle atención a los Recursos de Revisión correspondientes y a los actos legales que de ésta se deriven. Se informa que no se realizarán transferencias de datos personales a terceras personas, distintas a las partes que intervienen en el Recurso de Revisión, salvo al sujeto obligado recurrido, o en el caso de que el recurrente impugne la resolución ante los jueces y tribunales especializados en materia de datos personales establecidos en el Poder Judicial de la Federación mediante el juicio de amparo.</w:t>
            </w:r>
          </w:p>
          <w:p w14:paraId="24E1FAC0" w14:textId="77777777" w:rsidR="00AF6946" w:rsidRPr="00816D65" w:rsidRDefault="00AF6946" w:rsidP="00AF6946">
            <w:pPr>
              <w:spacing w:after="0" w:line="240" w:lineRule="auto"/>
              <w:rPr>
                <w:sz w:val="14"/>
                <w:szCs w:val="14"/>
              </w:rPr>
            </w:pPr>
          </w:p>
          <w:p w14:paraId="0E789016" w14:textId="647E8C64" w:rsidR="00C76C54" w:rsidRPr="00816D65" w:rsidRDefault="00AF6946" w:rsidP="00CB5AE3">
            <w:pPr>
              <w:rPr>
                <w:sz w:val="14"/>
                <w:szCs w:val="14"/>
              </w:rPr>
            </w:pPr>
            <w:r w:rsidRPr="00816D65">
              <w:rPr>
                <w:sz w:val="14"/>
                <w:szCs w:val="14"/>
              </w:rPr>
              <w:t>Usted podrá consultar el Aviso de Privacidad Integral en las oficinas de</w:t>
            </w:r>
            <w:r w:rsidR="004746ED">
              <w:rPr>
                <w:sz w:val="14"/>
                <w:szCs w:val="14"/>
              </w:rPr>
              <w:t xml:space="preserve"> </w:t>
            </w:r>
            <w:r w:rsidRPr="00816D65">
              <w:rPr>
                <w:sz w:val="14"/>
                <w:szCs w:val="14"/>
              </w:rPr>
              <w:t>l</w:t>
            </w:r>
            <w:r w:rsidR="004746ED">
              <w:rPr>
                <w:sz w:val="14"/>
                <w:szCs w:val="14"/>
              </w:rPr>
              <w:t>a</w:t>
            </w:r>
            <w:r w:rsidRPr="00816D65">
              <w:rPr>
                <w:sz w:val="14"/>
                <w:szCs w:val="14"/>
              </w:rPr>
              <w:t xml:space="preserve"> </w:t>
            </w:r>
            <w:r w:rsidR="004746ED">
              <w:rPr>
                <w:rFonts w:cs="Arial"/>
                <w:sz w:val="13"/>
                <w:szCs w:val="13"/>
              </w:rPr>
              <w:t>Coordinación General de Comunicación de Gobierno del Estado de Quintana Roo</w:t>
            </w:r>
            <w:r w:rsidRPr="00816D65">
              <w:rPr>
                <w:color w:val="C00000"/>
                <w:sz w:val="14"/>
                <w:szCs w:val="14"/>
              </w:rPr>
              <w:t xml:space="preserve">, </w:t>
            </w:r>
            <w:r w:rsidRPr="00816D65">
              <w:rPr>
                <w:sz w:val="14"/>
                <w:szCs w:val="14"/>
              </w:rPr>
              <w:t xml:space="preserve">sito </w:t>
            </w:r>
            <w:r w:rsidR="00CB5AE3" w:rsidRPr="00816D65">
              <w:rPr>
                <w:sz w:val="14"/>
                <w:szCs w:val="14"/>
              </w:rPr>
              <w:t xml:space="preserve">ubicado en </w:t>
            </w:r>
            <w:r w:rsidR="00CB5AE3">
              <w:rPr>
                <w:bCs/>
                <w:sz w:val="13"/>
                <w:szCs w:val="13"/>
              </w:rPr>
              <w:t xml:space="preserve">el </w:t>
            </w:r>
            <w:r w:rsidR="00CB5AE3" w:rsidRPr="007C6F18">
              <w:rPr>
                <w:bCs/>
                <w:sz w:val="13"/>
                <w:szCs w:val="13"/>
              </w:rPr>
              <w:t>predio marcado con el número 134 de la Avenida Héroes de Chapultepec (planta baja) entre las Avenidas Héroes y Benito Juárez, Colonia Centro, C.P. 77000, de la Ciudad de Chetumal</w:t>
            </w:r>
            <w:r w:rsidR="00CB5AE3" w:rsidRPr="00816D65">
              <w:rPr>
                <w:color w:val="C00000"/>
                <w:sz w:val="14"/>
                <w:szCs w:val="14"/>
              </w:rPr>
              <w:t xml:space="preserve"> </w:t>
            </w:r>
            <w:r w:rsidRPr="00816D65">
              <w:rPr>
                <w:sz w:val="14"/>
                <w:szCs w:val="14"/>
              </w:rPr>
              <w:t xml:space="preserve">o en su página web </w:t>
            </w:r>
            <w:hyperlink r:id="rId8" w:history="1">
              <w:r w:rsidR="003A340E" w:rsidRPr="00182667">
                <w:rPr>
                  <w:rStyle w:val="Hipervnculo"/>
                  <w:sz w:val="14"/>
                  <w:szCs w:val="14"/>
                </w:rPr>
                <w:t>https://cgc.qroo.gob.mx/cjg/wp-content/uploads/2026/</w:t>
              </w:r>
              <w:r w:rsidR="003A340E" w:rsidRPr="00182667">
                <w:rPr>
                  <w:rStyle w:val="Hipervnculo"/>
                  <w:sz w:val="14"/>
                  <w:szCs w:val="14"/>
                </w:rPr>
                <w:t>0</w:t>
              </w:r>
              <w:r w:rsidR="003A340E" w:rsidRPr="00182667">
                <w:rPr>
                  <w:rStyle w:val="Hipervnculo"/>
                  <w:sz w:val="14"/>
                  <w:szCs w:val="14"/>
                </w:rPr>
                <w:t>9/Aviso_de_Privacidad_Integral_Recepcion_Recursos.pdf</w:t>
              </w:r>
            </w:hyperlink>
          </w:p>
        </w:tc>
      </w:tr>
    </w:tbl>
    <w:p w14:paraId="4866EB39" w14:textId="77777777" w:rsidR="003D551B" w:rsidRDefault="003D551B" w:rsidP="00621ED5">
      <w:pPr>
        <w:spacing w:line="240" w:lineRule="auto"/>
      </w:pPr>
    </w:p>
    <w:sectPr w:rsidR="003D551B" w:rsidSect="00537786">
      <w:headerReference w:type="default" r:id="rId9"/>
      <w:pgSz w:w="12240" w:h="15840"/>
      <w:pgMar w:top="1417" w:right="1608" w:bottom="1417"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6F851B" w14:textId="77777777" w:rsidR="009B243F" w:rsidRPr="008450D3" w:rsidRDefault="009B243F" w:rsidP="00165C7E">
      <w:pPr>
        <w:spacing w:after="0" w:line="240" w:lineRule="auto"/>
      </w:pPr>
      <w:r w:rsidRPr="008450D3">
        <w:separator/>
      </w:r>
    </w:p>
  </w:endnote>
  <w:endnote w:type="continuationSeparator" w:id="0">
    <w:p w14:paraId="2C09564C" w14:textId="77777777" w:rsidR="009B243F" w:rsidRPr="008450D3" w:rsidRDefault="009B243F" w:rsidP="00165C7E">
      <w:pPr>
        <w:spacing w:after="0" w:line="240" w:lineRule="auto"/>
      </w:pPr>
      <w:r w:rsidRPr="008450D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1"/>
    <w:family w:val="roman"/>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5A6E3B" w14:textId="77777777" w:rsidR="009B243F" w:rsidRPr="008450D3" w:rsidRDefault="009B243F" w:rsidP="00165C7E">
      <w:pPr>
        <w:spacing w:after="0" w:line="240" w:lineRule="auto"/>
      </w:pPr>
      <w:r w:rsidRPr="008450D3">
        <w:separator/>
      </w:r>
    </w:p>
  </w:footnote>
  <w:footnote w:type="continuationSeparator" w:id="0">
    <w:p w14:paraId="178F86FB" w14:textId="77777777" w:rsidR="009B243F" w:rsidRPr="008450D3" w:rsidRDefault="009B243F" w:rsidP="00165C7E">
      <w:pPr>
        <w:spacing w:after="0" w:line="240" w:lineRule="auto"/>
      </w:pPr>
      <w:r w:rsidRPr="008450D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4F5E89" w14:textId="0772D128" w:rsidR="009C1506" w:rsidRPr="008450D3" w:rsidRDefault="005D7C17" w:rsidP="004D54B3">
    <w:pPr>
      <w:spacing w:after="0" w:line="240" w:lineRule="auto"/>
      <w:ind w:left="-709" w:right="-660"/>
      <w:rPr>
        <w:rFonts w:cs="Arial"/>
        <w:b/>
        <w:bCs/>
        <w:color w:val="C00000"/>
        <w:szCs w:val="20"/>
      </w:rPr>
    </w:pPr>
    <w:r>
      <w:rPr>
        <w:noProof/>
        <w:lang w:eastAsia="es-MX"/>
      </w:rPr>
      <w:drawing>
        <wp:anchor distT="0" distB="0" distL="114300" distR="114300" simplePos="0" relativeHeight="251663360" behindDoc="0" locked="0" layoutInCell="1" allowOverlap="1" wp14:anchorId="5ACE915E" wp14:editId="4949EC8F">
          <wp:simplePos x="0" y="0"/>
          <wp:positionH relativeFrom="column">
            <wp:posOffset>4038600</wp:posOffset>
          </wp:positionH>
          <wp:positionV relativeFrom="paragraph">
            <wp:posOffset>-290195</wp:posOffset>
          </wp:positionV>
          <wp:extent cx="1447800" cy="605712"/>
          <wp:effectExtent l="0" t="0" r="0" b="4445"/>
          <wp:wrapNone/>
          <wp:docPr id="979793498" name="Imagen 979793498" descr="C:\Users\Julia\Desktop\HOJAS MEMBRETADAS NUEVA ADMON\LogoCGCCaraco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Julia\Desktop\HOJAS MEMBRETADAS NUEVA ADMON\LogoCGCCaracol.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47800" cy="605712"/>
                  </a:xfrm>
                  <a:prstGeom prst="rect">
                    <a:avLst/>
                  </a:prstGeom>
                  <a:noFill/>
                  <a:ln>
                    <a:noFill/>
                  </a:ln>
                </pic:spPr>
              </pic:pic>
            </a:graphicData>
          </a:graphic>
          <wp14:sizeRelH relativeFrom="page">
            <wp14:pctWidth>0</wp14:pctWidth>
          </wp14:sizeRelH>
          <wp14:sizeRelV relativeFrom="page">
            <wp14:pctHeight>0</wp14:pctHeight>
          </wp14:sizeRelV>
        </wp:anchor>
      </w:drawing>
    </w:r>
    <w:r w:rsidR="0063462C">
      <w:rPr>
        <w:rFonts w:cs="Arial"/>
        <w:b/>
        <w:noProof/>
        <w:color w:val="000000"/>
        <w:lang w:eastAsia="es-MX"/>
      </w:rPr>
      <w:drawing>
        <wp:anchor distT="0" distB="0" distL="114300" distR="114300" simplePos="0" relativeHeight="251661312" behindDoc="1" locked="0" layoutInCell="1" allowOverlap="1" wp14:anchorId="3B805AC8" wp14:editId="22116929">
          <wp:simplePos x="0" y="0"/>
          <wp:positionH relativeFrom="column">
            <wp:posOffset>-447675</wp:posOffset>
          </wp:positionH>
          <wp:positionV relativeFrom="paragraph">
            <wp:posOffset>-212681</wp:posOffset>
          </wp:positionV>
          <wp:extent cx="2124695" cy="525100"/>
          <wp:effectExtent l="0" t="0" r="0" b="889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124695" cy="5251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F5B9B77" w14:textId="2FC2DC03" w:rsidR="0063462C" w:rsidRDefault="0063462C" w:rsidP="004D54B3">
    <w:pPr>
      <w:spacing w:after="0" w:line="240" w:lineRule="auto"/>
      <w:ind w:left="-709" w:right="-660"/>
      <w:rPr>
        <w:rFonts w:cs="Arial"/>
        <w:b/>
        <w:bCs/>
        <w:sz w:val="18"/>
        <w:szCs w:val="18"/>
      </w:rPr>
    </w:pPr>
  </w:p>
  <w:p w14:paraId="7773F6C1" w14:textId="73C36B49" w:rsidR="0063462C" w:rsidRDefault="0063462C" w:rsidP="004D54B3">
    <w:pPr>
      <w:spacing w:after="0" w:line="240" w:lineRule="auto"/>
      <w:ind w:left="-709" w:right="-660"/>
      <w:rPr>
        <w:rFonts w:cs="Arial"/>
        <w:b/>
        <w:bCs/>
        <w:sz w:val="18"/>
        <w:szCs w:val="18"/>
      </w:rPr>
    </w:pPr>
  </w:p>
  <w:p w14:paraId="10D9C391" w14:textId="77777777" w:rsidR="000F2AB7" w:rsidRPr="000F2AB7" w:rsidRDefault="000F2AB7" w:rsidP="000F2AB7">
    <w:pPr>
      <w:spacing w:after="0" w:line="240" w:lineRule="auto"/>
      <w:ind w:left="-709" w:right="-660"/>
      <w:jc w:val="center"/>
      <w:rPr>
        <w:rFonts w:cs="Arial"/>
        <w:b/>
        <w:sz w:val="24"/>
        <w:szCs w:val="24"/>
      </w:rPr>
    </w:pPr>
    <w:r w:rsidRPr="000F2AB7">
      <w:rPr>
        <w:rFonts w:cs="Arial"/>
        <w:b/>
        <w:bCs/>
        <w:sz w:val="24"/>
        <w:szCs w:val="24"/>
      </w:rPr>
      <w:t xml:space="preserve">Formato de recepción de recursos de revisión en el ejercicio de los </w:t>
    </w:r>
  </w:p>
  <w:p w14:paraId="0D304A1A" w14:textId="77777777" w:rsidR="000F2AB7" w:rsidRPr="000F2AB7" w:rsidRDefault="000F2AB7" w:rsidP="000F2AB7">
    <w:pPr>
      <w:spacing w:after="0" w:line="240" w:lineRule="auto"/>
      <w:ind w:left="-709" w:right="-660"/>
      <w:jc w:val="center"/>
      <w:rPr>
        <w:rFonts w:cs="Arial"/>
        <w:b/>
        <w:sz w:val="24"/>
        <w:szCs w:val="24"/>
      </w:rPr>
    </w:pPr>
    <w:r w:rsidRPr="000F2AB7">
      <w:rPr>
        <w:rFonts w:cs="Arial"/>
        <w:b/>
        <w:bCs/>
        <w:sz w:val="24"/>
        <w:szCs w:val="24"/>
      </w:rPr>
      <w:t>derechos ARCO y de portabilidad</w:t>
    </w:r>
  </w:p>
  <w:p w14:paraId="7F6E4056" w14:textId="77777777" w:rsidR="001B3406" w:rsidRPr="00F54959" w:rsidRDefault="001B3406" w:rsidP="00F54959">
    <w:pPr>
      <w:spacing w:after="0" w:line="240" w:lineRule="auto"/>
      <w:ind w:left="-709" w:right="-660"/>
      <w:jc w:val="center"/>
      <w:rPr>
        <w:rFonts w:cs="Arial"/>
        <w:b/>
        <w:bCs/>
        <w:sz w:val="24"/>
        <w:szCs w:val="24"/>
      </w:rPr>
    </w:pPr>
  </w:p>
  <w:p w14:paraId="60BF0BCF" w14:textId="1408EFC0" w:rsidR="00E9430C" w:rsidRPr="0063462C" w:rsidRDefault="00EC605B" w:rsidP="004D54B3">
    <w:pPr>
      <w:spacing w:after="0" w:line="240" w:lineRule="auto"/>
      <w:ind w:left="-709" w:right="-660"/>
      <w:rPr>
        <w:rFonts w:cs="Arial"/>
        <w:b/>
        <w:bCs/>
        <w:sz w:val="18"/>
        <w:szCs w:val="18"/>
        <w:u w:val="single"/>
      </w:rPr>
    </w:pPr>
    <w:r>
      <w:rPr>
        <w:rFonts w:cs="Arial"/>
        <w:b/>
        <w:bCs/>
        <w:sz w:val="18"/>
        <w:szCs w:val="18"/>
      </w:rPr>
      <w:t>Coordinación General de Comunicación de Gobierno del Estado de Quintana Roo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abstractNum w:abstractNumId="9" w15:restartNumberingAfterBreak="0">
    <w:nsid w:val="04137762"/>
    <w:multiLevelType w:val="hybridMultilevel"/>
    <w:tmpl w:val="7C14680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048210BE"/>
    <w:multiLevelType w:val="hybridMultilevel"/>
    <w:tmpl w:val="B928DE3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07E4661E"/>
    <w:multiLevelType w:val="hybridMultilevel"/>
    <w:tmpl w:val="6C8A7BD4"/>
    <w:lvl w:ilvl="0" w:tplc="7912145C">
      <w:start w:val="1"/>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082528D0"/>
    <w:multiLevelType w:val="hybridMultilevel"/>
    <w:tmpl w:val="A8BCDDE2"/>
    <w:lvl w:ilvl="0" w:tplc="3ABA64D4">
      <w:start w:val="3"/>
      <w:numFmt w:val="bullet"/>
      <w:lvlText w:val="•"/>
      <w:lvlJc w:val="left"/>
      <w:pPr>
        <w:ind w:left="720" w:hanging="360"/>
      </w:pPr>
      <w:rPr>
        <w:rFonts w:ascii="Arial" w:eastAsia="Arial"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1384560F"/>
    <w:multiLevelType w:val="hybridMultilevel"/>
    <w:tmpl w:val="E3EEABA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181215CE"/>
    <w:multiLevelType w:val="hybridMultilevel"/>
    <w:tmpl w:val="8370D006"/>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2877193D"/>
    <w:multiLevelType w:val="multilevel"/>
    <w:tmpl w:val="5BCC2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9B70E5E"/>
    <w:multiLevelType w:val="hybridMultilevel"/>
    <w:tmpl w:val="82CC620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2A0C4B67"/>
    <w:multiLevelType w:val="hybridMultilevel"/>
    <w:tmpl w:val="074EB3B8"/>
    <w:lvl w:ilvl="0" w:tplc="8DA4320A">
      <w:start w:val="1"/>
      <w:numFmt w:val="decimal"/>
      <w:lvlText w:val="%1."/>
      <w:lvlJc w:val="left"/>
      <w:pPr>
        <w:ind w:left="936" w:hanging="360"/>
      </w:pPr>
      <w:rPr>
        <w:rFonts w:hint="default"/>
      </w:rPr>
    </w:lvl>
    <w:lvl w:ilvl="1" w:tplc="080A0019" w:tentative="1">
      <w:start w:val="1"/>
      <w:numFmt w:val="lowerLetter"/>
      <w:lvlText w:val="%2."/>
      <w:lvlJc w:val="left"/>
      <w:pPr>
        <w:ind w:left="1656" w:hanging="360"/>
      </w:pPr>
    </w:lvl>
    <w:lvl w:ilvl="2" w:tplc="080A001B" w:tentative="1">
      <w:start w:val="1"/>
      <w:numFmt w:val="lowerRoman"/>
      <w:lvlText w:val="%3."/>
      <w:lvlJc w:val="right"/>
      <w:pPr>
        <w:ind w:left="2376" w:hanging="180"/>
      </w:pPr>
    </w:lvl>
    <w:lvl w:ilvl="3" w:tplc="080A000F" w:tentative="1">
      <w:start w:val="1"/>
      <w:numFmt w:val="decimal"/>
      <w:lvlText w:val="%4."/>
      <w:lvlJc w:val="left"/>
      <w:pPr>
        <w:ind w:left="3096" w:hanging="360"/>
      </w:pPr>
    </w:lvl>
    <w:lvl w:ilvl="4" w:tplc="080A0019" w:tentative="1">
      <w:start w:val="1"/>
      <w:numFmt w:val="lowerLetter"/>
      <w:lvlText w:val="%5."/>
      <w:lvlJc w:val="left"/>
      <w:pPr>
        <w:ind w:left="3816" w:hanging="360"/>
      </w:pPr>
    </w:lvl>
    <w:lvl w:ilvl="5" w:tplc="080A001B" w:tentative="1">
      <w:start w:val="1"/>
      <w:numFmt w:val="lowerRoman"/>
      <w:lvlText w:val="%6."/>
      <w:lvlJc w:val="right"/>
      <w:pPr>
        <w:ind w:left="4536" w:hanging="180"/>
      </w:pPr>
    </w:lvl>
    <w:lvl w:ilvl="6" w:tplc="080A000F" w:tentative="1">
      <w:start w:val="1"/>
      <w:numFmt w:val="decimal"/>
      <w:lvlText w:val="%7."/>
      <w:lvlJc w:val="left"/>
      <w:pPr>
        <w:ind w:left="5256" w:hanging="360"/>
      </w:pPr>
    </w:lvl>
    <w:lvl w:ilvl="7" w:tplc="080A0019" w:tentative="1">
      <w:start w:val="1"/>
      <w:numFmt w:val="lowerLetter"/>
      <w:lvlText w:val="%8."/>
      <w:lvlJc w:val="left"/>
      <w:pPr>
        <w:ind w:left="5976" w:hanging="360"/>
      </w:pPr>
    </w:lvl>
    <w:lvl w:ilvl="8" w:tplc="080A001B" w:tentative="1">
      <w:start w:val="1"/>
      <w:numFmt w:val="lowerRoman"/>
      <w:lvlText w:val="%9."/>
      <w:lvlJc w:val="right"/>
      <w:pPr>
        <w:ind w:left="6696" w:hanging="180"/>
      </w:pPr>
    </w:lvl>
  </w:abstractNum>
  <w:abstractNum w:abstractNumId="18" w15:restartNumberingAfterBreak="0">
    <w:nsid w:val="2A412C49"/>
    <w:multiLevelType w:val="hybridMultilevel"/>
    <w:tmpl w:val="BC9C335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3D325BF4"/>
    <w:multiLevelType w:val="hybridMultilevel"/>
    <w:tmpl w:val="DC5675A0"/>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4A850350"/>
    <w:multiLevelType w:val="hybridMultilevel"/>
    <w:tmpl w:val="F39E8AAA"/>
    <w:lvl w:ilvl="0" w:tplc="080A0015">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4C9B0B21"/>
    <w:multiLevelType w:val="hybridMultilevel"/>
    <w:tmpl w:val="818C4A04"/>
    <w:lvl w:ilvl="0" w:tplc="CDD4D14A">
      <w:start w:val="1"/>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4EF67691"/>
    <w:multiLevelType w:val="hybridMultilevel"/>
    <w:tmpl w:val="3EB05A34"/>
    <w:lvl w:ilvl="0" w:tplc="F2E62C34">
      <w:start w:val="1"/>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4F4A00F0"/>
    <w:multiLevelType w:val="multilevel"/>
    <w:tmpl w:val="5BCC2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3116CC5"/>
    <w:multiLevelType w:val="hybridMultilevel"/>
    <w:tmpl w:val="9E72E78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5BE824F7"/>
    <w:multiLevelType w:val="multilevel"/>
    <w:tmpl w:val="5BCC2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D2A42D3"/>
    <w:multiLevelType w:val="hybridMultilevel"/>
    <w:tmpl w:val="253A80A8"/>
    <w:lvl w:ilvl="0" w:tplc="3C6C595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6E5C2007"/>
    <w:multiLevelType w:val="hybridMultilevel"/>
    <w:tmpl w:val="27184698"/>
    <w:lvl w:ilvl="0" w:tplc="3FECD18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691540761">
    <w:abstractNumId w:val="8"/>
  </w:num>
  <w:num w:numId="2" w16cid:durableId="1284455622">
    <w:abstractNumId w:val="6"/>
  </w:num>
  <w:num w:numId="3" w16cid:durableId="2018920628">
    <w:abstractNumId w:val="5"/>
  </w:num>
  <w:num w:numId="4" w16cid:durableId="1557007348">
    <w:abstractNumId w:val="4"/>
  </w:num>
  <w:num w:numId="5" w16cid:durableId="1342783109">
    <w:abstractNumId w:val="7"/>
  </w:num>
  <w:num w:numId="6" w16cid:durableId="1086615558">
    <w:abstractNumId w:val="3"/>
  </w:num>
  <w:num w:numId="7" w16cid:durableId="1391153519">
    <w:abstractNumId w:val="2"/>
  </w:num>
  <w:num w:numId="8" w16cid:durableId="131099613">
    <w:abstractNumId w:val="1"/>
  </w:num>
  <w:num w:numId="9" w16cid:durableId="307826041">
    <w:abstractNumId w:val="0"/>
  </w:num>
  <w:num w:numId="10" w16cid:durableId="1748572383">
    <w:abstractNumId w:val="21"/>
  </w:num>
  <w:num w:numId="11" w16cid:durableId="904141082">
    <w:abstractNumId w:val="11"/>
  </w:num>
  <w:num w:numId="12" w16cid:durableId="1910993606">
    <w:abstractNumId w:val="22"/>
  </w:num>
  <w:num w:numId="13" w16cid:durableId="850801564">
    <w:abstractNumId w:val="26"/>
  </w:num>
  <w:num w:numId="14" w16cid:durableId="2121875840">
    <w:abstractNumId w:val="27"/>
  </w:num>
  <w:num w:numId="15" w16cid:durableId="1423138573">
    <w:abstractNumId w:val="9"/>
  </w:num>
  <w:num w:numId="16" w16cid:durableId="529102065">
    <w:abstractNumId w:val="13"/>
  </w:num>
  <w:num w:numId="17" w16cid:durableId="1502617748">
    <w:abstractNumId w:val="23"/>
  </w:num>
  <w:num w:numId="18" w16cid:durableId="1732582591">
    <w:abstractNumId w:val="20"/>
  </w:num>
  <w:num w:numId="19" w16cid:durableId="1812021563">
    <w:abstractNumId w:val="15"/>
  </w:num>
  <w:num w:numId="20" w16cid:durableId="1975329895">
    <w:abstractNumId w:val="17"/>
  </w:num>
  <w:num w:numId="21" w16cid:durableId="1530339403">
    <w:abstractNumId w:val="14"/>
  </w:num>
  <w:num w:numId="22" w16cid:durableId="159974568">
    <w:abstractNumId w:val="24"/>
  </w:num>
  <w:num w:numId="23" w16cid:durableId="2135706854">
    <w:abstractNumId w:val="18"/>
  </w:num>
  <w:num w:numId="24" w16cid:durableId="129564920">
    <w:abstractNumId w:val="10"/>
  </w:num>
  <w:num w:numId="25" w16cid:durableId="561449535">
    <w:abstractNumId w:val="19"/>
  </w:num>
  <w:num w:numId="26" w16cid:durableId="911306570">
    <w:abstractNumId w:val="16"/>
  </w:num>
  <w:num w:numId="27" w16cid:durableId="704985594">
    <w:abstractNumId w:val="25"/>
  </w:num>
  <w:num w:numId="28" w16cid:durableId="16247347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3A24"/>
    <w:rsid w:val="00034616"/>
    <w:rsid w:val="0006063C"/>
    <w:rsid w:val="0006125B"/>
    <w:rsid w:val="000C5D0F"/>
    <w:rsid w:val="000D6E32"/>
    <w:rsid w:val="000F2AB7"/>
    <w:rsid w:val="001131AB"/>
    <w:rsid w:val="0015074B"/>
    <w:rsid w:val="00165C7E"/>
    <w:rsid w:val="00176DAA"/>
    <w:rsid w:val="0018024D"/>
    <w:rsid w:val="00191765"/>
    <w:rsid w:val="001B3406"/>
    <w:rsid w:val="001B70C6"/>
    <w:rsid w:val="001C1E2E"/>
    <w:rsid w:val="001C62B2"/>
    <w:rsid w:val="001E5BA2"/>
    <w:rsid w:val="001F60C5"/>
    <w:rsid w:val="00205591"/>
    <w:rsid w:val="0029639D"/>
    <w:rsid w:val="002B4EDB"/>
    <w:rsid w:val="002D075C"/>
    <w:rsid w:val="002E1E23"/>
    <w:rsid w:val="00326F90"/>
    <w:rsid w:val="0035160D"/>
    <w:rsid w:val="00366297"/>
    <w:rsid w:val="00393D6D"/>
    <w:rsid w:val="00397B0F"/>
    <w:rsid w:val="003A340E"/>
    <w:rsid w:val="003D551B"/>
    <w:rsid w:val="0045397A"/>
    <w:rsid w:val="004746ED"/>
    <w:rsid w:val="004859E1"/>
    <w:rsid w:val="00485DFE"/>
    <w:rsid w:val="004B36EE"/>
    <w:rsid w:val="004D54B3"/>
    <w:rsid w:val="005372F3"/>
    <w:rsid w:val="00537786"/>
    <w:rsid w:val="00563BEA"/>
    <w:rsid w:val="00591AA1"/>
    <w:rsid w:val="005C407A"/>
    <w:rsid w:val="005D7C17"/>
    <w:rsid w:val="005F4383"/>
    <w:rsid w:val="00621ED5"/>
    <w:rsid w:val="0063462C"/>
    <w:rsid w:val="00646D55"/>
    <w:rsid w:val="00677E4F"/>
    <w:rsid w:val="006D6AF9"/>
    <w:rsid w:val="007006B1"/>
    <w:rsid w:val="00716401"/>
    <w:rsid w:val="00734D89"/>
    <w:rsid w:val="00770157"/>
    <w:rsid w:val="007B7FB4"/>
    <w:rsid w:val="00816D65"/>
    <w:rsid w:val="00836EED"/>
    <w:rsid w:val="008450D3"/>
    <w:rsid w:val="00875BCD"/>
    <w:rsid w:val="00880277"/>
    <w:rsid w:val="00896674"/>
    <w:rsid w:val="008B14FA"/>
    <w:rsid w:val="008D1570"/>
    <w:rsid w:val="008F0CAB"/>
    <w:rsid w:val="008F0FBE"/>
    <w:rsid w:val="009039DC"/>
    <w:rsid w:val="00920332"/>
    <w:rsid w:val="00951AD2"/>
    <w:rsid w:val="009B243F"/>
    <w:rsid w:val="009C1506"/>
    <w:rsid w:val="009C63D6"/>
    <w:rsid w:val="00A1631E"/>
    <w:rsid w:val="00A23B32"/>
    <w:rsid w:val="00A6358C"/>
    <w:rsid w:val="00A64D51"/>
    <w:rsid w:val="00A76B86"/>
    <w:rsid w:val="00A908FB"/>
    <w:rsid w:val="00A90A09"/>
    <w:rsid w:val="00AA1D8D"/>
    <w:rsid w:val="00AC57C2"/>
    <w:rsid w:val="00AF6946"/>
    <w:rsid w:val="00B24012"/>
    <w:rsid w:val="00B3771C"/>
    <w:rsid w:val="00B47730"/>
    <w:rsid w:val="00B647CA"/>
    <w:rsid w:val="00BA741C"/>
    <w:rsid w:val="00BF4757"/>
    <w:rsid w:val="00C56CFE"/>
    <w:rsid w:val="00C76C54"/>
    <w:rsid w:val="00C823B4"/>
    <w:rsid w:val="00CB0664"/>
    <w:rsid w:val="00CB5AE3"/>
    <w:rsid w:val="00D40ED4"/>
    <w:rsid w:val="00D46ABF"/>
    <w:rsid w:val="00D47EDB"/>
    <w:rsid w:val="00D606D0"/>
    <w:rsid w:val="00D66A73"/>
    <w:rsid w:val="00DB348F"/>
    <w:rsid w:val="00DE59CB"/>
    <w:rsid w:val="00E13134"/>
    <w:rsid w:val="00E21C5B"/>
    <w:rsid w:val="00E57CF1"/>
    <w:rsid w:val="00E62922"/>
    <w:rsid w:val="00E67EC1"/>
    <w:rsid w:val="00E8024F"/>
    <w:rsid w:val="00E80740"/>
    <w:rsid w:val="00E8290F"/>
    <w:rsid w:val="00E9430C"/>
    <w:rsid w:val="00E96CEB"/>
    <w:rsid w:val="00EC605B"/>
    <w:rsid w:val="00EE2871"/>
    <w:rsid w:val="00F064C2"/>
    <w:rsid w:val="00F54959"/>
    <w:rsid w:val="00F92715"/>
    <w:rsid w:val="00FA3555"/>
    <w:rsid w:val="00FA533D"/>
    <w:rsid w:val="00FB3D68"/>
    <w:rsid w:val="00FC693F"/>
    <w:rsid w:val="00FD0C20"/>
    <w:rsid w:val="00FE473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F86D515"/>
  <w14:defaultImageDpi w14:val="300"/>
  <w15:docId w15:val="{9E219E01-0924-407A-8E9E-AB88110BA9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eastAsia="Arial" w:hAnsi="Arial"/>
      <w:sz w:val="20"/>
      <w:lang w:val="es-MX"/>
    </w:rPr>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Fuerte">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ipervnculo">
    <w:name w:val="Hyperlink"/>
    <w:basedOn w:val="Fuentedeprrafopredeter"/>
    <w:uiPriority w:val="99"/>
    <w:unhideWhenUsed/>
    <w:rsid w:val="00CB5AE3"/>
    <w:rPr>
      <w:color w:val="0000FF" w:themeColor="hyperlink"/>
      <w:u w:val="single"/>
    </w:rPr>
  </w:style>
  <w:style w:type="character" w:styleId="Mencinsinresolver">
    <w:name w:val="Unresolved Mention"/>
    <w:basedOn w:val="Fuentedeprrafopredeter"/>
    <w:uiPriority w:val="99"/>
    <w:semiHidden/>
    <w:unhideWhenUsed/>
    <w:rsid w:val="00CB5AE3"/>
    <w:rPr>
      <w:color w:val="605E5C"/>
      <w:shd w:val="clear" w:color="auto" w:fill="E1DFDD"/>
    </w:rPr>
  </w:style>
  <w:style w:type="character" w:styleId="Hipervnculovisitado">
    <w:name w:val="FollowedHyperlink"/>
    <w:basedOn w:val="Fuentedeprrafopredeter"/>
    <w:uiPriority w:val="99"/>
    <w:semiHidden/>
    <w:unhideWhenUsed/>
    <w:rsid w:val="003A340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cgc.qroo.gob.mx/cjg/wp-content/uploads/2026/09/Aviso_de_Privacidad_Integral_Recepcion_Recursos.pdf"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5</Pages>
  <Words>2903</Words>
  <Characters>15971</Characters>
  <Application>Microsoft Office Word</Application>
  <DocSecurity>0</DocSecurity>
  <Lines>133</Lines>
  <Paragraphs>37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18837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Juridico_02</cp:lastModifiedBy>
  <cp:revision>6</cp:revision>
  <cp:lastPrinted>2026-08-06T19:01:00Z</cp:lastPrinted>
  <dcterms:created xsi:type="dcterms:W3CDTF">2026-08-26T16:49:00Z</dcterms:created>
  <dcterms:modified xsi:type="dcterms:W3CDTF">2026-09-17T15:18:00Z</dcterms:modified>
  <cp:category/>
</cp:coreProperties>
</file>